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ESTIMATE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Estimate no. </w:t>
            </w:r>
            <w:r>
              <w:rPr>
                <w:b/>
              </w:rPr>
              <w:t>EST-0001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Valid until: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Job: </w:t>
            </w:r>
            <w:r>
              <w:rPr>
                <w:b/>
              </w:rPr>
              <w:t>[e.g. Bathroom renovation]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ESTIMATE FOR</w:t>
      </w:r>
    </w:p>
    <w:p>
      <w:r>
        <w:rPr>
          <w:b w:val="0"/>
          <w:i w:val="0"/>
        </w:rPr>
        <w:t>[Client name]</w:t>
      </w:r>
    </w:p>
    <w:p>
      <w:r>
        <w:rPr>
          <w:b w:val="0"/>
          <w:i w:val="0"/>
        </w:rPr>
        <w:t>[Site address, City]</w:t>
      </w:r>
    </w:p>
    <w:p>
      <w:r>
        <w:rPr>
          <w:b w:val="0"/>
          <w:i w:val="0"/>
        </w:rPr>
        <w:t>[Phone]</w:t>
      </w:r>
    </w:p>
    <w:p>
      <w:r>
        <w:rPr>
          <w:b w:val="0"/>
          <w:i w:val="0"/>
        </w:rPr>
        <w:t>[client@email.com]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Materials: [e.g. cement, 50 kg bags]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40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9.50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380.00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Materials: [e.g. floor tiles, per sq. ft]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300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1.20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360.00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Labour: [e.g. mason, per day]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6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Labour: [e.g. helper, per day]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6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72.00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Site cleaning and debris removal (fixed)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1,002.00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ESTIMATED TOTAL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1,002.00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TERMS</w:t>
      </w:r>
    </w:p>
    <w:p>
      <w:r>
        <w:rPr>
          <w:b w:val="0"/>
          <w:i w:val="0"/>
        </w:rPr>
        <w:t>This estimate is based on the site visit on [DD/MM/YYYY]. The final cost may vary by up to [10]% if quantities change; any larger change will be agreed with you in writing first.</w:t>
      </w:r>
    </w:p>
    <w:p>
      <w:r>
        <w:rPr>
          <w:b w:val="0"/>
          <w:i w:val="0"/>
        </w:rPr>
        <w:t>Work starts within [x] days of approval and takes about [x] working days.</w:t>
      </w:r>
    </w:p>
    <w:p>
      <w:r>
        <w:rPr>
          <w:b w:val="0"/>
          <w:i w:val="0"/>
        </w:rPr>
        <w:t>Payment: [30%] advance for materials, [40%] at the mid-point, [30%] on completion.</w:t>
      </w:r>
    </w:p>
    <w:p>
      <w:r>
        <w:rPr>
          <w:b w:val="0"/>
          <w:i w:val="0"/>
        </w:rPr>
        <w:t>Materials are [supplied by us / supplied by the client]. Warranty: [6 months] on workmanship.</w:t>
      </w:r>
    </w:p>
    <w:p>
      <w:pPr>
        <w:spacing w:before="360"/>
      </w:pPr>
    </w:p>
    <w:p>
      <w:r>
        <w:rPr>
          <w:b w:val="0"/>
          <w:i w:val="0"/>
        </w:rPr>
        <w:t>Approved by (client): ____________________    Date: ____________</w:t>
      </w:r>
    </w:p>
    <w:p>
      <w:pPr>
        <w:spacing w:before="280"/>
      </w:pPr>
      <w:r>
        <w:rPr>
          <w:b/>
          <w:i w:val="0"/>
          <w:color w:val="1D4ED8"/>
        </w:rPr>
        <w:t>Thank you for the opportunity to quote!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Estimate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