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36"/>
        </w:rPr>
        <w:t>[COMPANY NAME]</w:t>
      </w:r>
    </w:p>
    <w:p>
      <w:pPr>
        <w:spacing w:after="280"/>
        <w:pBdr>
          <w:bottom w:val="single" w:sz="12" w:space="2" w:color="1D4ED8"/>
        </w:pBdr>
      </w:pPr>
      <w:r>
        <w:rPr>
          <w:b w:val="0"/>
          <w:i w:val="0"/>
          <w:color w:val="475569"/>
          <w:sz w:val="18"/>
        </w:rPr>
        <w:t>[Street address, City, Country]  •  [Phone]  •  [email@company.com]  •  [www.company.com]</w:t>
      </w:r>
    </w:p>
    <w:p>
      <w:r>
        <w:rPr>
          <w:b w:val="0"/>
          <w:i w:val="0"/>
        </w:rPr>
        <w:t>Ref: [HR/WRN/2026/001]</w:t>
      </w:r>
    </w:p>
    <w:p>
      <w:r>
        <w:rPr>
          <w:b w:val="0"/>
          <w:i w:val="0"/>
        </w:rPr>
        <w:t>Date: [DD Month YYYY]</w:t>
      </w:r>
    </w:p>
    <w:p>
      <w:pPr>
        <w:spacing w:before="200"/>
      </w:pPr>
    </w:p>
    <w:p>
      <w:r>
        <w:rPr>
          <w:b w:val="0"/>
          <w:i w:val="0"/>
        </w:rPr>
        <w:t>[Employee Name]</w:t>
      </w:r>
    </w:p>
    <w:p>
      <w:r>
        <w:rPr>
          <w:b w:val="0"/>
          <w:i w:val="0"/>
        </w:rPr>
        <w:t>[Designation], [Department]</w:t>
      </w:r>
    </w:p>
    <w:p>
      <w:r>
        <w:rPr>
          <w:b w:val="0"/>
          <w:i w:val="0"/>
        </w:rPr>
        <w:t>[Employee ID: EMP-000]</w:t>
      </w:r>
    </w:p>
    <w:p>
      <w:pPr>
        <w:spacing w:after="200" w:before="280"/>
      </w:pPr>
      <w:r>
        <w:rPr>
          <w:b/>
          <w:i w:val="0"/>
        </w:rPr>
        <w:t>Subject: [First / Final] Written Warning — [Reason, e.g. Repeated Late Attendance]</w:t>
      </w:r>
    </w:p>
    <w:p>
      <w:pPr>
        <w:spacing w:after="160" w:line="300" w:lineRule="auto"/>
      </w:pPr>
      <w:r>
        <w:rPr>
          <w:b w:val="0"/>
          <w:i w:val="0"/>
        </w:rPr>
        <w:t>Dear [Employee Name],</w:t>
      </w:r>
    </w:p>
    <w:p>
      <w:pPr>
        <w:spacing w:after="160" w:line="300" w:lineRule="auto"/>
      </w:pPr>
      <w:r>
        <w:rPr>
          <w:b w:val="0"/>
          <w:i w:val="0"/>
        </w:rPr>
        <w:t>This letter is a formal [first / final] written warning about [the issue, e.g. your repeated late arrival at work]. On [dates or period], [the facts, e.g. you arrived after 10:00 am on six occasions without approval], which is against [the company's attendance policy / section x of the employee handbook].</w:t>
      </w:r>
    </w:p>
    <w:p>
      <w:pPr>
        <w:spacing w:after="160" w:line="300" w:lineRule="auto"/>
      </w:pPr>
      <w:r>
        <w:rPr>
          <w:b w:val="0"/>
          <w:i w:val="0"/>
        </w:rPr>
        <w:t>This was discussed with you on [Date of meeting or verbal warning], when you [explanation given, if any]. Despite this, the issue has continued.</w:t>
      </w:r>
    </w:p>
    <w:p>
      <w:pPr>
        <w:spacing w:after="160" w:line="300" w:lineRule="auto"/>
      </w:pPr>
      <w:r>
        <w:rPr>
          <w:b w:val="0"/>
          <w:i w:val="0"/>
        </w:rPr>
        <w:t>From [Date], we expect you to [the specific improvement, e.g. arrive by 9:00 am every working day]. Your manager will review progress on [Date]. If you need support to meet this standard, please speak to [HR / your manager].</w:t>
      </w:r>
    </w:p>
    <w:p>
      <w:pPr>
        <w:spacing w:after="160" w:line="300" w:lineRule="auto"/>
      </w:pPr>
      <w:r>
        <w:rPr>
          <w:b w:val="0"/>
          <w:i w:val="0"/>
        </w:rPr>
        <w:t>If there is no improvement, or the conduct is repeated, the company may take further disciplinary action, up to and including termination of employment.</w:t>
      </w:r>
    </w:p>
    <w:p>
      <w:pPr>
        <w:spacing w:after="160" w:line="300" w:lineRule="auto"/>
      </w:pPr>
      <w:r>
        <w:rPr>
          <w:b w:val="0"/>
          <w:i w:val="0"/>
        </w:rPr>
        <w:t>A copy of this letter will be kept in your personnel file.</w:t>
      </w:r>
    </w:p>
    <w:p>
      <w:pPr>
        <w:spacing w:after="160" w:line="300" w:lineRule="auto"/>
      </w:pPr>
      <w:r>
        <w:rPr>
          <w:b w:val="0"/>
          <w:i w:val="0"/>
        </w:rPr>
        <w:t>Yours sincerely,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[Name]</w:t>
      </w:r>
    </w:p>
    <w:p>
      <w:r>
        <w:rPr>
          <w:b w:val="0"/>
          <w:i w:val="0"/>
        </w:rPr>
        <w:t>[Designation, e.g. HR Manager]</w:t>
      </w:r>
    </w:p>
    <w:p>
      <w:r>
        <w:rPr>
          <w:b w:val="0"/>
          <w:i w:val="0"/>
        </w:rPr>
        <w:t>[Company Name]</w:t>
      </w:r>
    </w:p>
    <w:p>
      <w:pPr>
        <w:spacing w:before="280"/>
        <w:pBdr>
          <w:bottom w:val="single" w:sz="8" w:space="2" w:color="1D4ED8"/>
        </w:pBdr>
      </w:pPr>
      <w:r>
        <w:rPr>
          <w:b/>
          <w:i w:val="0"/>
          <w:color w:val="1D4ED8"/>
          <w:sz w:val="20"/>
        </w:rPr>
        <w:t>EMPLOYEE ACKNOWLEDGEMENT</w:t>
      </w:r>
    </w:p>
    <w:p>
      <w:pPr>
        <w:spacing w:before="80"/>
      </w:pPr>
      <w:r>
        <w:rPr>
          <w:b w:val="0"/>
          <w:i w:val="0"/>
        </w:rPr>
        <w:t>I have received this letter. My signature does not necessarily mean I agree with its contents.</w:t>
      </w:r>
    </w:p>
    <w:p>
      <w:pPr>
        <w:spacing w:before="280"/>
      </w:pPr>
      <w:r>
        <w:rPr>
          <w:b w:val="0"/>
          <w:i w:val="0"/>
        </w:rPr>
        <w:t>Employee signature: ____________________     Date: ____________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Warning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