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[Your Full Name]</w:t>
      </w:r>
    </w:p>
    <w:p>
      <w:r>
        <w:rPr>
          <w:b w:val="0"/>
          <w:i w:val="0"/>
        </w:rPr>
        <w:t>[Full Address, City, Postcode, Country]</w:t>
      </w:r>
    </w:p>
    <w:p>
      <w:r>
        <w:rPr>
          <w:b w:val="0"/>
          <w:i w:val="0"/>
        </w:rPr>
        <w:t>[Phone]  •  [your.email@example.com]</w:t>
      </w:r>
    </w:p>
    <w:p/>
    <w:p>
      <w:r>
        <w:rPr>
          <w:b w:val="0"/>
          <w:i w:val="0"/>
        </w:rPr>
        <w:t>Date: [DD Month YYYY]</w:t>
      </w:r>
    </w:p>
    <w:p>
      <w:pPr>
        <w:spacing w:before="200"/>
      </w:pPr>
    </w:p>
    <w:p>
      <w:r>
        <w:rPr>
          <w:b w:val="0"/>
          <w:i w:val="0"/>
        </w:rPr>
        <w:t>The Visa Section</w:t>
      </w:r>
    </w:p>
    <w:p>
      <w:r>
        <w:rPr>
          <w:b w:val="0"/>
          <w:i w:val="0"/>
        </w:rPr>
        <w:t>Embassy / Consulate of [Country]</w:t>
      </w:r>
    </w:p>
    <w:p>
      <w:r>
        <w:rPr>
          <w:b w:val="0"/>
          <w:i w:val="0"/>
        </w:rPr>
        <w:t>[City]</w:t>
      </w:r>
    </w:p>
    <w:p>
      <w:pPr>
        <w:spacing w:after="200" w:before="280"/>
      </w:pPr>
      <w:r>
        <w:rPr>
          <w:b/>
          <w:i w:val="0"/>
        </w:rPr>
        <w:t>Subject: Invitation Letter for [Guest Full Name] — [Visit / Tourist / Family] Visa</w:t>
      </w:r>
    </w:p>
    <w:p>
      <w:pPr>
        <w:spacing w:after="160" w:line="300" w:lineRule="auto"/>
      </w:pPr>
      <w:r>
        <w:rPr>
          <w:b w:val="0"/>
          <w:i w:val="0"/>
        </w:rPr>
        <w:t>Dear Visa Officer,</w:t>
      </w:r>
    </w:p>
    <w:p>
      <w:pPr>
        <w:spacing w:after="160" w:line="300" w:lineRule="auto"/>
      </w:pPr>
      <w:r>
        <w:rPr>
          <w:b w:val="0"/>
          <w:i w:val="0"/>
        </w:rPr>
        <w:t>I, [Your Full Name], born on [DD/MM/YYYY], am a [citizen / permanent resident / holder of a residence permit type] of [Country], passport / ID No. [000000000]. I live at the address above and work as [Job Title] at [Employer Name].</w:t>
      </w:r>
    </w:p>
    <w:p>
      <w:pPr>
        <w:spacing w:after="160" w:line="300" w:lineRule="auto"/>
      </w:pPr>
      <w:r>
        <w:rPr>
          <w:b w:val="0"/>
          <w:i w:val="0"/>
        </w:rPr>
        <w:t>I am writing to invite my [relationship, e.g. brother / friend], [Guest Full Name], born on [DD/MM/YYYY], passport No. [AB0000000], a citizen of [Guest's Country], to visit me from [Arrival Date] to [Departure Date] for [purpose, e.g. a family visit and my wedding on DD Month YYYY].</w:t>
      </w:r>
    </w:p>
    <w:p>
      <w:pPr>
        <w:spacing w:after="160" w:line="300" w:lineRule="auto"/>
      </w:pPr>
      <w:r>
        <w:rPr>
          <w:b w:val="0"/>
          <w:i w:val="0"/>
        </w:rPr>
        <w:t>During the visit, [Guest First Name] will stay with me at my home address above. [I will cover [his/her] accommodation and living costs / [He/She] will pay for the trip from [his/her] own funds], and the return ticket is booked for [Departure Date].</w:t>
      </w:r>
    </w:p>
    <w:p>
      <w:pPr>
        <w:spacing w:after="160" w:line="300" w:lineRule="auto"/>
      </w:pPr>
      <w:r>
        <w:rPr>
          <w:b w:val="0"/>
          <w:i w:val="0"/>
        </w:rPr>
        <w:t>[Guest First Name] has strong reasons to return home, including [job / studies / family / property] in [Guest's Country]. I will make sure [he/she] leaves before the visa expires.</w:t>
      </w:r>
    </w:p>
    <w:p>
      <w:pPr>
        <w:spacing w:after="160" w:line="300" w:lineRule="auto"/>
      </w:pPr>
      <w:r>
        <w:rPr>
          <w:b w:val="0"/>
          <w:i w:val="0"/>
        </w:rPr>
        <w:t>Please find enclosed a copy of my passport / ID, proof of address, [my residence permit] and [bank statements / employment letter]. You can contact me on [phone] or [email] if you need anything else.</w:t>
      </w:r>
    </w:p>
    <w:p>
      <w:pPr>
        <w:spacing w:after="160" w:line="300" w:lineRule="auto"/>
      </w:pPr>
      <w:r>
        <w:rPr>
          <w:b w:val="0"/>
          <w:i w:val="0"/>
        </w:rPr>
        <w:t>Yours faithfully,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[Your Full Name]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 Invitation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