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UNDERTAKING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[Purpose, e.g. Undertaking for Submission of Documents / Good Conduct]</w:t>
      </w:r>
    </w:p>
    <w:p>
      <w:pPr>
        <w:spacing w:after="200"/>
      </w:pPr>
      <w:r>
        <w:rPr>
          <w:b w:val="0"/>
          <w:i w:val="0"/>
        </w:rPr>
        <w:t>Date: [DD Month YYYY]</w:t>
      </w:r>
    </w:p>
    <w:p>
      <w:pPr>
        <w:spacing w:after="240"/>
      </w:pPr>
      <w:r>
        <w:rPr>
          <w:b w:val="0"/>
          <w:i w:val="0"/>
        </w:rPr>
        <w:t>To: [The Principal / The Manager / The Registrar], [Institution or Company Name], [City]</w:t>
      </w:r>
    </w:p>
    <w:p>
      <w:pPr>
        <w:spacing w:after="200" w:line="312" w:lineRule="auto"/>
      </w:pPr>
      <w:r>
        <w:t xml:space="preserve">I, </w:t>
      </w:r>
      <w:r>
        <w:rPr>
          <w:b/>
        </w:rPr>
        <w:t>[Full Name]</w:t>
      </w:r>
      <w:r>
        <w:t>, [son / daughter] of [Father's Name], holding [CNIC / ID] No. [00000-0000000-0], [Roll No. / Employee ID: 0000], hereby undertake that: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1.</w:t>
        <w:tab/>
        <w:t>I will [main promise, e.g. submit my original degree / experience letter] by [DD Month YYYY].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2.</w:t>
        <w:tab/>
        <w:t>If I fail to do so, [the consequence I accept, e.g. my admission / appointment may be cancelled without further notice].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3.</w:t>
        <w:tab/>
        <w:t>All the information and documents I have provided are true and genuine.</w:t>
      </w:r>
    </w:p>
    <w:p>
      <w:pPr>
        <w:spacing w:after="120" w:line="300" w:lineRule="auto"/>
        <w:ind w:left="454" w:hanging="454"/>
      </w:pPr>
      <w:r>
        <w:rPr>
          <w:b w:val="0"/>
          <w:i w:val="0"/>
        </w:rPr>
        <w:t>4.</w:t>
        <w:tab/>
        <w:t>I will follow the rules and regulations of [Institution / Company Name].</w:t>
      </w:r>
    </w:p>
    <w:p>
      <w:pPr>
        <w:spacing w:before="120" w:line="300" w:lineRule="auto"/>
      </w:pPr>
      <w:r>
        <w:rPr>
          <w:b w:val="0"/>
          <w:i w:val="0"/>
        </w:rPr>
        <w:t>I give this undertaking of my own free will, and I understand that any breach of it may lead to action against me.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61"/>
        <w:gridCol w:w="3061"/>
        <w:gridCol w:w="3061"/>
      </w:tblGrid>
      <w:tr>
        <w:trPr>
          <w:cantSplit/>
        </w:trPr>
        <w:tc>
          <w:tcPr>
            <w:tcW w:type="dxa" w:w="3061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UNDERTAKEN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[Full Name]</w:t>
            </w:r>
          </w:p>
          <w:p>
            <w:r>
              <w:t>[Phone]</w:t>
            </w:r>
          </w:p>
        </w:tc>
        <w:tc>
          <w:tcPr>
            <w:tcW w:type="dxa" w:w="3061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WITNESS 1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[Name]</w:t>
            </w:r>
          </w:p>
          <w:p>
            <w:r>
              <w:t>[CNIC / ID No.]</w:t>
            </w:r>
          </w:p>
        </w:tc>
        <w:tc>
          <w:tcPr>
            <w:tcW w:type="dxa" w:w="3061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WITNESS 2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[Name]</w:t>
            </w:r>
          </w:p>
          <w:p>
            <w:r>
              <w:t>[CNIC / ID No.]</w:t>
            </w:r>
          </w:p>
        </w:tc>
      </w:tr>
    </w:tbl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Undertaking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