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[HR/TER/2026/001]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[Designation], [Department]</w:t>
      </w:r>
    </w:p>
    <w:p>
      <w:r>
        <w:rPr>
          <w:b w:val="0"/>
          <w:i w:val="0"/>
        </w:rPr>
        <w:t>[Employee ID: EMP-000]</w:t>
      </w:r>
    </w:p>
    <w:p>
      <w:pPr>
        <w:spacing w:after="200" w:before="280"/>
      </w:pPr>
      <w:r>
        <w:rPr>
          <w:b/>
          <w:i w:val="0"/>
        </w:rPr>
        <w:t>Subject: Termination of Employment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This letter confirms that your employment with [Company Name] as [Designation] will end with effect from [Termination Date].</w:t>
      </w:r>
    </w:p>
    <w:p>
      <w:pPr>
        <w:spacing w:after="160" w:line="300" w:lineRule="auto"/>
      </w:pPr>
      <w:r>
        <w:rPr>
          <w:b w:val="0"/>
          <w:i w:val="0"/>
        </w:rPr>
        <w:t>This decision follows [the reason, e.g. the written warnings dated Date and Date about attendance / the end of the project you were hired for / a restructuring of the Department], which was discussed with you on [Date].</w:t>
      </w:r>
    </w:p>
    <w:p>
      <w:pPr>
        <w:spacing w:after="160" w:line="300" w:lineRule="auto"/>
      </w:pPr>
      <w:r>
        <w:rPr>
          <w:b w:val="0"/>
          <w:i w:val="0"/>
        </w:rPr>
        <w:t>You will receive [one month's salary in lieu of notice / your salary for the notice period until Date], your salary up to your last working day, payment for [x] days of unused annual leave and [other dues, e.g. provident fund], less any amounts owed to the company. Your final settlement will be paid by [Date].</w:t>
      </w:r>
    </w:p>
    <w:p>
      <w:pPr>
        <w:spacing w:after="160" w:line="300" w:lineRule="auto"/>
      </w:pPr>
      <w:r>
        <w:rPr>
          <w:b w:val="0"/>
          <w:i w:val="0"/>
        </w:rPr>
        <w:t>Please return all company property, including [laptop, ID card, keys and documents], to [HR / Name] by [Date]. Your duty to keep company information confidential continues after your employment ends.</w:t>
      </w:r>
    </w:p>
    <w:p>
      <w:pPr>
        <w:spacing w:after="160" w:line="300" w:lineRule="auto"/>
      </w:pPr>
      <w:r>
        <w:rPr>
          <w:b w:val="0"/>
          <w:i w:val="0"/>
        </w:rPr>
        <w:t>If you wish to appeal, please write to [Name, Designation] within [7] days of receiving this letter. We thank you for your service and wish you well in the future.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</w:t>
      </w:r>
    </w:p>
    <w:p>
      <w:pPr>
        <w:spacing w:before="280"/>
        <w:pBdr>
          <w:bottom w:val="single" w:sz="8" w:space="2" w:color="1D4ED8"/>
        </w:pBdr>
      </w:pPr>
      <w:r>
        <w:rPr>
          <w:b/>
          <w:i w:val="0"/>
          <w:color w:val="1D4ED8"/>
          <w:sz w:val="20"/>
        </w:rPr>
        <w:t>EMPLOYEE ACKNOWLEDGEMENT</w:t>
      </w:r>
    </w:p>
    <w:p>
      <w:pPr>
        <w:spacing w:before="80"/>
      </w:pPr>
      <w:r>
        <w:rPr>
          <w:b w:val="0"/>
          <w:i w:val="0"/>
        </w:rPr>
        <w:t>I have received this letter. My signature does not necessarily mean I agree with its contents.</w:t>
      </w:r>
    </w:p>
    <w:p>
      <w:pPr>
        <w:spacing w:before="280"/>
      </w:pPr>
      <w:r>
        <w:rPr>
          <w:b w:val="0"/>
          <w:i w:val="0"/>
        </w:rPr>
        <w:t>Employee signature: ____________________     Date: ____________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