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0F172A"/>
          <w:sz w:val="44"/>
        </w:rPr>
        <w:t>YOUR FULL NAME</w:t>
      </w:r>
    </w:p>
    <w:p>
      <w:r>
        <w:rPr>
          <w:b w:val="0"/>
          <w:i w:val="0"/>
          <w:color w:val="1D4ED8"/>
          <w:sz w:val="24"/>
        </w:rPr>
        <w:t>Secondary School Teacher — Mathematics &amp; Physics</w:t>
      </w:r>
    </w:p>
    <w:p>
      <w:pPr>
        <w:spacing w:after="80"/>
      </w:pPr>
      <w:r>
        <w:rPr>
          <w:b w:val="0"/>
          <w:i w:val="0"/>
          <w:color w:val="475569"/>
          <w:sz w:val="19"/>
        </w:rPr>
        <w:t>City, Country  •  +00 300 0000000  •  your.name@email.com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TEACHING PROFILE</w:t>
      </w:r>
    </w:p>
    <w:p>
      <w:r>
        <w:t>Mathematics and physics teacher with 5 years of experience teaching grades 8–10 (Matric and O Level). Known for clear explanations, regular formative assessment and strong board results. Comfortable with smart boards and Google Classroom. (Replace with your subjects, levels and teaching strengths.)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QUALIFICATIONS</w:t>
      </w:r>
    </w:p>
    <w:p>
      <w:pPr>
        <w:tabs>
          <w:tab w:pos="9638" w:val="right"/>
        </w:tabs>
        <w:spacing w:before="80"/>
      </w:pPr>
      <w:r>
        <w:rPr>
          <w:b/>
        </w:rPr>
        <w:t>B.Ed — University Name</w:t>
      </w:r>
      <w:r>
        <w:rPr>
          <w:color w:val="475569"/>
          <w:sz w:val="20"/>
        </w:rPr>
        <w:tab/>
        <w:t>2020</w:t>
      </w:r>
    </w:p>
    <w:p>
      <w:pPr>
        <w:tabs>
          <w:tab w:pos="9638" w:val="right"/>
        </w:tabs>
        <w:spacing w:before="80"/>
      </w:pPr>
      <w:r>
        <w:rPr>
          <w:b/>
        </w:rPr>
        <w:t>M.Sc Mathematics — University Name</w:t>
      </w:r>
      <w:r>
        <w:rPr>
          <w:color w:val="475569"/>
          <w:sz w:val="20"/>
        </w:rPr>
        <w:tab/>
        <w:t>2019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TEACHING EXPERIENCE</w:t>
      </w:r>
    </w:p>
    <w:p>
      <w:pPr>
        <w:tabs>
          <w:tab w:pos="9638" w:val="right"/>
        </w:tabs>
        <w:spacing w:before="80"/>
      </w:pPr>
      <w:r>
        <w:rPr>
          <w:b/>
        </w:rPr>
        <w:t>Mathematics &amp; Physics Teacher — School Name, City</w:t>
      </w:r>
      <w:r>
        <w:rPr>
          <w:color w:val="475569"/>
          <w:sz w:val="20"/>
        </w:rPr>
        <w:tab/>
        <w:t>Aug 2021 – Present</w:t>
      </w:r>
    </w:p>
    <w:p>
      <w:pPr>
        <w:pStyle w:val="ListBullet"/>
        <w:spacing w:after="20"/>
      </w:pPr>
      <w:r>
        <w:t>Teach 5 sections (about 180 students) in grades 9 and 10.</w:t>
      </w:r>
    </w:p>
    <w:p>
      <w:pPr>
        <w:pStyle w:val="ListBullet"/>
        <w:spacing w:after="20"/>
      </w:pPr>
      <w:r>
        <w:t>Raised the class pass rate in Matric mathematics from 78% to 91% over two years.</w:t>
      </w:r>
    </w:p>
    <w:p>
      <w:pPr>
        <w:pStyle w:val="ListBullet"/>
        <w:spacing w:after="20"/>
      </w:pPr>
      <w:r>
        <w:t>Introduced weekly 10-minute quizzes and shared results with parents each month.</w:t>
      </w:r>
    </w:p>
    <w:p>
      <w:pPr>
        <w:tabs>
          <w:tab w:pos="9638" w:val="right"/>
        </w:tabs>
        <w:spacing w:before="80"/>
      </w:pPr>
      <w:r>
        <w:rPr>
          <w:b/>
        </w:rPr>
        <w:t>Mathematics Teacher — School Name, City</w:t>
      </w:r>
      <w:r>
        <w:rPr>
          <w:color w:val="475569"/>
          <w:sz w:val="20"/>
        </w:rPr>
        <w:tab/>
        <w:t>Mar 2020 – Jul 2021</w:t>
      </w:r>
    </w:p>
    <w:p>
      <w:pPr>
        <w:pStyle w:val="ListBullet"/>
        <w:spacing w:after="20"/>
      </w:pPr>
      <w:r>
        <w:t>Taught grade 8 mathematics and ran the after-school maths club.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SKILLS</w:t>
      </w:r>
    </w:p>
    <w:p>
      <w:r>
        <w:rPr>
          <w:b/>
        </w:rPr>
        <w:t xml:space="preserve">Classroom: </w:t>
      </w:r>
      <w:r>
        <w:t>Lesson planning, differentiated teaching, classroom management, assessment design</w:t>
      </w:r>
    </w:p>
    <w:p>
      <w:r>
        <w:rPr>
          <w:b/>
        </w:rPr>
        <w:t xml:space="preserve">Technology: </w:t>
      </w:r>
      <w:r>
        <w:t>Google Classroom, smart boards, MS Office, online quiz tools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TRAINING &amp; ACTIVITIES</w:t>
      </w:r>
    </w:p>
    <w:p>
      <w:pPr>
        <w:pStyle w:val="ListBullet"/>
        <w:spacing w:after="20"/>
      </w:pPr>
      <w:r>
        <w:t>Workshop: Active learning in mathematics (3 days), 2024</w:t>
      </w:r>
    </w:p>
    <w:p>
      <w:pPr>
        <w:pStyle w:val="ListBullet"/>
        <w:spacing w:after="20"/>
      </w:pPr>
      <w:r>
        <w:t>Coordinator, school science fair, 2023 and 2024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REFERENCES</w:t>
      </w:r>
    </w:p>
    <w:p>
      <w:r>
        <w:t>Available on request.</w:t>
      </w:r>
    </w:p>
    <w:sectPr w:rsidR="00FC693F" w:rsidRPr="0006063C" w:rsidSect="00034616">
      <w:pgSz w:w="11906" w:h="16838"/>
      <w:pgMar w:top="794" w:right="1134" w:bottom="79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Calibri" w:hAnsi="Calibri" w:eastAsia="Calibri"/>
      <w:color w:val="0F172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CV Template</dc:title>
  <dc:subject/>
  <dc:creator>FileConvy</dc:creator>
  <cp:keywords/>
  <dc:description>Free template from https://www.fileconvy.com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