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0F172A"/>
          <w:sz w:val="44"/>
        </w:rPr>
        <w:t>YOUR FULL NAME</w:t>
      </w:r>
    </w:p>
    <w:p>
      <w:r>
        <w:rPr>
          <w:b w:val="0"/>
          <w:i w:val="0"/>
          <w:color w:val="1D4ED8"/>
          <w:sz w:val="24"/>
        </w:rPr>
        <w:t>Full-Stack Developer  |  React, Node.js, PostgreSQL</w:t>
      </w:r>
    </w:p>
    <w:p>
      <w:pPr>
        <w:spacing w:after="80"/>
      </w:pPr>
      <w:r>
        <w:rPr>
          <w:b w:val="0"/>
          <w:i w:val="0"/>
          <w:color w:val="475569"/>
          <w:sz w:val="19"/>
        </w:rPr>
        <w:t>City, Country  •  +00 300 0000000  •  your.name@email.com  •  github.com/yourname  •  linkedin.com/in/yourname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SUMMARY</w:t>
      </w:r>
    </w:p>
    <w:p>
      <w:r>
        <w:t>Full-stack developer with 4 years of experience building web apps for fintech and e-commerce clients. Ships features end to end, from database design to UI, and cares about tests and performance. Led the rebuild of a checkout used by 200,000 customers a month. (Write your stack, years of experience and one result.)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TECHNICAL SKILLS</w:t>
      </w:r>
    </w:p>
    <w:p>
      <w:r>
        <w:rPr>
          <w:b/>
        </w:rPr>
        <w:t xml:space="preserve">Languages: </w:t>
      </w:r>
      <w:r>
        <w:t>TypeScript, JavaScript, Python, SQL</w:t>
      </w:r>
    </w:p>
    <w:p>
      <w:r>
        <w:rPr>
          <w:b/>
        </w:rPr>
        <w:t xml:space="preserve">Front end: </w:t>
      </w:r>
      <w:r>
        <w:t>React, Next.js, Tailwind CSS, Redux</w:t>
      </w:r>
    </w:p>
    <w:p>
      <w:r>
        <w:rPr>
          <w:b/>
        </w:rPr>
        <w:t xml:space="preserve">Back end: </w:t>
      </w:r>
      <w:r>
        <w:t>Node.js, Express, REST and GraphQL APIs, PostgreSQL, Redis</w:t>
      </w:r>
    </w:p>
    <w:p>
      <w:r>
        <w:rPr>
          <w:b/>
        </w:rPr>
        <w:t xml:space="preserve">DevOps: </w:t>
      </w:r>
      <w:r>
        <w:t>Docker, GitHub Actions, AWS (EC2, S3, Lambda), Vercel</w:t>
      </w:r>
    </w:p>
    <w:p>
      <w:r>
        <w:rPr>
          <w:b/>
        </w:rPr>
        <w:t xml:space="preserve">Testing: </w:t>
      </w:r>
      <w:r>
        <w:t>Jest, Playwright, React Testing Library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EXPERIENCE</w:t>
      </w:r>
    </w:p>
    <w:p>
      <w:pPr>
        <w:tabs>
          <w:tab w:pos="9638" w:val="right"/>
        </w:tabs>
        <w:spacing w:before="80"/>
      </w:pPr>
      <w:r>
        <w:rPr>
          <w:b/>
        </w:rPr>
        <w:t>Software Engineer — Company Name, City (Remote)</w:t>
      </w:r>
      <w:r>
        <w:rPr>
          <w:color w:val="475569"/>
          <w:sz w:val="20"/>
        </w:rPr>
        <w:tab/>
        <w:t>Feb 2023 – Present</w:t>
      </w:r>
    </w:p>
    <w:p>
      <w:pPr>
        <w:pStyle w:val="ListBullet"/>
        <w:spacing w:after="20"/>
      </w:pPr>
      <w:r>
        <w:t>Rebuilt the checkout in Next.js; page load fell from 4.1s to 1.3s and conversion rose 9%.</w:t>
      </w:r>
    </w:p>
    <w:p>
      <w:pPr>
        <w:pStyle w:val="ListBullet"/>
        <w:spacing w:after="20"/>
      </w:pPr>
      <w:r>
        <w:t>Designed a payments API in Node.js and PostgreSQL handling 15,000 transactions a day.</w:t>
      </w:r>
    </w:p>
    <w:p>
      <w:pPr>
        <w:pStyle w:val="ListBullet"/>
        <w:spacing w:after="20"/>
      </w:pPr>
      <w:r>
        <w:t>Raised test coverage from 35% to 80% and set up CI with GitHub Actions.</w:t>
      </w:r>
    </w:p>
    <w:p>
      <w:pPr>
        <w:tabs>
          <w:tab w:pos="9638" w:val="right"/>
        </w:tabs>
        <w:spacing w:before="80"/>
      </w:pPr>
      <w:r>
        <w:rPr>
          <w:b/>
        </w:rPr>
        <w:t>Junior Developer — Company Name, City</w:t>
      </w:r>
      <w:r>
        <w:rPr>
          <w:color w:val="475569"/>
          <w:sz w:val="20"/>
        </w:rPr>
        <w:tab/>
        <w:t>Jul 2021 – Jan 2023</w:t>
      </w:r>
    </w:p>
    <w:p>
      <w:pPr>
        <w:pStyle w:val="ListBullet"/>
        <w:spacing w:after="20"/>
      </w:pPr>
      <w:r>
        <w:t>Built 20+ React components for an internal design system used across 3 products.</w:t>
      </w:r>
    </w:p>
    <w:p>
      <w:pPr>
        <w:pStyle w:val="ListBullet"/>
        <w:spacing w:after="20"/>
      </w:pPr>
      <w:r>
        <w:t>Fixed performance issues in SQL queries, cutting report time from 40s to 3s.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PROJECTS</w:t>
      </w:r>
    </w:p>
    <w:p>
      <w:pPr>
        <w:tabs>
          <w:tab w:pos="9638" w:val="right"/>
        </w:tabs>
        <w:spacing w:before="80"/>
      </w:pPr>
      <w:r>
        <w:rPr>
          <w:b/>
        </w:rPr>
        <w:t>Open-source invoice generator</w:t>
      </w:r>
      <w:r>
        <w:rPr>
          <w:color w:val="475569"/>
          <w:sz w:val="20"/>
        </w:rPr>
        <w:tab/>
        <w:t>github.com/yourname/project</w:t>
      </w:r>
    </w:p>
    <w:p>
      <w:pPr>
        <w:pStyle w:val="ListBullet"/>
        <w:spacing w:after="20"/>
      </w:pPr>
      <w:r>
        <w:t>React + Node app with PDF export; 300+ GitHub stars.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EDUCATION</w:t>
      </w:r>
    </w:p>
    <w:p>
      <w:pPr>
        <w:tabs>
          <w:tab w:pos="9638" w:val="right"/>
        </w:tabs>
        <w:spacing w:before="80"/>
      </w:pPr>
      <w:r>
        <w:rPr>
          <w:b/>
        </w:rPr>
        <w:t>BS Software Engineering — University Name</w:t>
      </w:r>
      <w:r>
        <w:rPr>
          <w:color w:val="475569"/>
          <w:sz w:val="20"/>
        </w:rPr>
        <w:tab/>
        <w:t>2021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CERTIFICATIONS</w:t>
      </w:r>
    </w:p>
    <w:p>
      <w:pPr>
        <w:pStyle w:val="ListBullet"/>
        <w:spacing w:after="20"/>
      </w:pPr>
      <w:r>
        <w:t>AWS Certified Developer – Associate, 2025</w:t>
      </w:r>
    </w:p>
    <w:sectPr w:rsidR="00FC693F" w:rsidRPr="0006063C" w:rsidSect="00034616">
      <w:pgSz w:w="11906" w:h="16838"/>
      <w:pgMar w:top="794" w:right="1134" w:bottom="79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Developer CV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