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color w:val="1D4ED8"/>
                <w:sz w:val="32"/>
              </w:rPr>
              <w:t>[YOUR BUSINESS NAME]</w:t>
            </w:r>
          </w:p>
          <w:p>
            <w:r>
              <w:rPr>
                <w:color w:val="475569"/>
              </w:rPr>
              <w:t>[Street address, City]</w:t>
            </w:r>
          </w:p>
          <w:p>
            <w:r>
              <w:rPr>
                <w:color w:val="475569"/>
              </w:rPr>
              <w:t>[Phone]  •  [email@business.com]</w:t>
            </w:r>
          </w:p>
        </w:tc>
        <w:tc>
          <w:tcPr>
            <w:tcW w:type="dxa" w:w="4819"/>
          </w:tcPr>
          <w:p>
            <w:pPr>
              <w:jc w:val="right"/>
            </w:pPr>
            <w:r/>
            <w:r>
              <w:rPr>
                <w:b/>
                <w:color w:val="0F172A"/>
                <w:sz w:val="48"/>
              </w:rPr>
              <w:t>INVOICE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Invoice no. </w:t>
            </w:r>
            <w:r>
              <w:rPr>
                <w:b/>
              </w:rPr>
              <w:t>INV-0001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Date: </w:t>
            </w:r>
            <w:r>
              <w:rPr>
                <w:b/>
              </w:rPr>
              <w:t>[DD/MM/YYYY]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Due date: </w:t>
            </w:r>
            <w:r>
              <w:rPr>
                <w:b/>
              </w:rPr>
              <w:t>[DD/MM/YYYY]</w:t>
            </w:r>
          </w:p>
        </w:tc>
      </w:tr>
    </w:tbl>
    <w:p>
      <w:pPr>
        <w:spacing w:before="200"/>
      </w:pPr>
    </w:p>
    <w:p>
      <w:r>
        <w:rPr>
          <w:b/>
          <w:i w:val="0"/>
          <w:color w:val="1D4ED8"/>
          <w:sz w:val="18"/>
        </w:rPr>
        <w:t>BILL TO</w:t>
      </w:r>
    </w:p>
    <w:p>
      <w:r>
        <w:rPr>
          <w:b w:val="0"/>
          <w:i w:val="0"/>
        </w:rPr>
        <w:t>[Client name]</w:t>
      </w:r>
    </w:p>
    <w:p>
      <w:r>
        <w:rPr>
          <w:b w:val="0"/>
          <w:i w:val="0"/>
        </w:rPr>
        <w:t>[Company]</w:t>
      </w:r>
    </w:p>
    <w:p>
      <w:r>
        <w:rPr>
          <w:b w:val="0"/>
          <w:i w:val="0"/>
        </w:rPr>
        <w:t>[Address, City]</w:t>
      </w:r>
    </w:p>
    <w:p>
      <w:r>
        <w:rPr>
          <w:b w:val="0"/>
          <w:i w:val="0"/>
        </w:rPr>
        <w:t>[client@email.com]</w:t>
      </w:r>
    </w:p>
    <w:p>
      <w:pPr>
        <w:spacing w:before="12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386"/>
        <w:gridCol w:w="1134"/>
        <w:gridCol w:w="1559"/>
        <w:gridCol w:w="1559"/>
      </w:tblGrid>
      <w:tr>
        <w:tc>
          <w:tcPr>
            <w:tcW w:type="dxa" w:w="5386"/>
            <w:shd w:val="clear" w:color="auto" w:fill="1D4ED8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134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559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Rate (USD)</w:t>
            </w:r>
          </w:p>
        </w:tc>
        <w:tc>
          <w:tcPr>
            <w:tcW w:type="dxa" w:w="1559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Amount (USD)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[Product or service]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2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50.00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100.00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[Product or service]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120.00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120.00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[Product or service]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5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10.00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50.00</w:t>
            </w:r>
          </w:p>
        </w:tc>
      </w:tr>
      <w:tr>
        <w:tc>
          <w:tcPr>
            <w:tcW w:type="dxa" w:w="1559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USD 270.00</w:t>
            </w:r>
          </w:p>
        </w:tc>
      </w:tr>
      <w:tr>
        <w:tc>
          <w:tcPr>
            <w:tcW w:type="dxa" w:w="1559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Tax (0%)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USD 0.00</w:t>
            </w:r>
          </w:p>
        </w:tc>
      </w:tr>
      <w:tr>
        <w:tc>
          <w:tcPr>
            <w:tcW w:type="dxa" w:w="1559"/>
            <w:gridSpan w:val="3"/>
            <w:shd w:val="clear" w:color="auto" w:fill="DBEAFE"/>
          </w:tcPr>
          <w:p>
            <w:pPr>
              <w:jc w:val="right"/>
            </w:pPr>
            <w:r/>
            <w:r>
              <w:rPr>
                <w:b/>
              </w:rPr>
              <w:t>TOTAL DUE</w:t>
            </w:r>
          </w:p>
        </w:tc>
        <w:tc>
          <w:tcPr>
            <w:tcW w:type="dxa" w:w="1559"/>
            <w:shd w:val="clear" w:color="auto" w:fill="DBEAFE"/>
          </w:tcPr>
          <w:p>
            <w:pPr>
              <w:jc w:val="right"/>
            </w:pPr>
            <w:r/>
            <w:r>
              <w:rPr>
                <w:b/>
              </w:rPr>
              <w:t>USD 270.00</w:t>
            </w:r>
          </w:p>
        </w:tc>
      </w:tr>
    </w:tbl>
    <w:p>
      <w:pPr>
        <w:spacing w:before="240"/>
      </w:pPr>
    </w:p>
    <w:p>
      <w:r>
        <w:rPr>
          <w:b/>
          <w:i w:val="0"/>
          <w:color w:val="1D4ED8"/>
          <w:sz w:val="18"/>
        </w:rPr>
        <w:t>PAYMENT DETAILS</w:t>
      </w:r>
    </w:p>
    <w:p>
      <w:r>
        <w:rPr>
          <w:b w:val="0"/>
          <w:i w:val="0"/>
        </w:rPr>
        <w:t>Bank: [Bank name]</w:t>
      </w:r>
    </w:p>
    <w:p>
      <w:r>
        <w:rPr>
          <w:b w:val="0"/>
          <w:i w:val="0"/>
        </w:rPr>
        <w:t>Account title: [Account title]</w:t>
      </w:r>
    </w:p>
    <w:p>
      <w:r>
        <w:rPr>
          <w:b w:val="0"/>
          <w:i w:val="0"/>
        </w:rPr>
        <w:t>Account / IBAN: [Account number or IBAN]</w:t>
      </w:r>
    </w:p>
    <w:p>
      <w:r>
        <w:rPr>
          <w:b w:val="0"/>
          <w:i w:val="0"/>
        </w:rPr>
        <w:t>Or pay by: [PayPal / Payoneer / Wise email]</w:t>
      </w:r>
    </w:p>
    <w:p>
      <w:pPr>
        <w:spacing w:before="240"/>
      </w:pPr>
    </w:p>
    <w:p>
      <w:r>
        <w:rPr>
          <w:b/>
          <w:i w:val="0"/>
          <w:color w:val="1D4ED8"/>
          <w:sz w:val="18"/>
        </w:rPr>
        <w:t>NOTES</w:t>
      </w:r>
    </w:p>
    <w:p>
      <w:r>
        <w:rPr>
          <w:b w:val="0"/>
          <w:i w:val="0"/>
        </w:rPr>
        <w:t>Payment is due within 14 days of the invoice date.</w:t>
      </w:r>
    </w:p>
    <w:p>
      <w:r>
        <w:rPr>
          <w:b w:val="0"/>
          <w:i w:val="0"/>
        </w:rPr>
        <w:t>Please quote the invoice number with your payment.</w:t>
      </w:r>
    </w:p>
    <w:p>
      <w:pPr>
        <w:spacing w:before="280"/>
      </w:pPr>
      <w:r>
        <w:rPr>
          <w:b/>
          <w:i w:val="0"/>
          <w:color w:val="1D4ED8"/>
        </w:rPr>
        <w:t>Thank you for your business!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Invoice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