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1D4ED8"/>
          <w:sz w:val="36"/>
        </w:rPr>
        <w:t>SERVICE AGREEMENT</w:t>
      </w:r>
    </w:p>
    <w:p>
      <w:pPr>
        <w:spacing w:after="200"/>
        <w:jc w:val="center"/>
        <w:pBdr>
          <w:bottom w:val="single" w:sz="12" w:space="2" w:color="1D4ED8"/>
        </w:pBdr>
      </w:pPr>
      <w:r>
        <w:rPr>
          <w:b w:val="0"/>
          <w:i w:val="0"/>
          <w:color w:val="475569"/>
          <w:sz w:val="19"/>
        </w:rPr>
        <w:t>Freelance / service contract  •  [Project name]</w:t>
      </w:r>
    </w:p>
    <w:p>
      <w:pPr>
        <w:spacing w:after="100" w:line="288" w:lineRule="auto"/>
      </w:pPr>
      <w:r>
        <w:rPr>
          <w:b w:val="0"/>
          <w:i w:val="0"/>
        </w:rPr>
        <w:t>This Service Agreement is made on [DD Month YYYY] between:</w:t>
      </w:r>
    </w:p>
    <w:p>
      <w:pPr>
        <w:spacing w:after="100" w:line="288" w:lineRule="auto"/>
      </w:pPr>
      <w:r>
        <w:rPr>
          <w:b w:val="0"/>
          <w:i w:val="0"/>
        </w:rPr>
        <w:t>[Client Name / Company], of [Address] (the "Client"); and</w:t>
      </w:r>
    </w:p>
    <w:p>
      <w:pPr>
        <w:spacing w:after="100" w:line="288" w:lineRule="auto"/>
      </w:pPr>
      <w:r>
        <w:rPr>
          <w:b w:val="0"/>
          <w:i w:val="0"/>
        </w:rPr>
        <w:t>[Service Provider Name / Business], of [Address] (the "Provider").</w:t>
      </w:r>
    </w:p>
    <w:p>
      <w:pPr>
        <w:keepNext/>
        <w:spacing w:after="60" w:before="140"/>
      </w:pPr>
      <w:r>
        <w:rPr>
          <w:b/>
          <w:i w:val="0"/>
        </w:rPr>
        <w:t>1. Services</w:t>
      </w:r>
    </w:p>
    <w:p>
      <w:pPr>
        <w:spacing w:after="60" w:line="288" w:lineRule="auto"/>
        <w:ind w:left="340"/>
      </w:pPr>
      <w:r>
        <w:rPr>
          <w:b w:val="0"/>
          <w:i w:val="0"/>
        </w:rPr>
        <w:t>The Provider will deliver the following services (the "Services"): [describe the work, e.g. design and build a 5-page website with a contact form and basic SEO setup].</w:t>
      </w:r>
    </w:p>
    <w:p>
      <w:pPr>
        <w:spacing w:after="60" w:line="288" w:lineRule="auto"/>
        <w:ind w:left="340"/>
      </w:pPr>
      <w:r>
        <w:rPr>
          <w:b w:val="0"/>
          <w:i w:val="0"/>
        </w:rPr>
        <w:t>Deliverables: [list].  Timeline: [Start Date] to [End Date]. Milestones: [milestone 1 by Date; milestone 2 by Date].</w:t>
      </w:r>
    </w:p>
    <w:p>
      <w:pPr>
        <w:keepNext/>
        <w:spacing w:after="60" w:before="140"/>
      </w:pPr>
      <w:r>
        <w:rPr>
          <w:b/>
          <w:i w:val="0"/>
        </w:rPr>
        <w:t>2. Fees and payment</w:t>
      </w:r>
    </w:p>
    <w:p>
      <w:pPr>
        <w:spacing w:after="60" w:line="288" w:lineRule="auto"/>
        <w:ind w:left="340"/>
      </w:pPr>
      <w:r>
        <w:rPr>
          <w:b w:val="0"/>
          <w:i w:val="0"/>
        </w:rPr>
        <w:t>The Client will pay [total fee and currency / an hourly rate of amount]. Payment schedule: [50%] on signing and [50%] on delivery.</w:t>
      </w:r>
    </w:p>
    <w:p>
      <w:pPr>
        <w:spacing w:after="60" w:line="288" w:lineRule="auto"/>
        <w:ind w:left="340"/>
      </w:pPr>
      <w:r>
        <w:rPr>
          <w:b w:val="0"/>
          <w:i w:val="0"/>
        </w:rPr>
        <w:t>Invoices are due within [14] days. Late payments may incur a fee of [x]% per month. Expenses approved in writing in advance will be reimbursed at cost.</w:t>
      </w:r>
    </w:p>
    <w:p>
      <w:pPr>
        <w:keepNext/>
        <w:spacing w:after="60" w:before="140"/>
      </w:pPr>
      <w:r>
        <w:rPr>
          <w:b/>
          <w:i w:val="0"/>
        </w:rPr>
        <w:t>3. Changes to the work</w:t>
      </w:r>
    </w:p>
    <w:p>
      <w:pPr>
        <w:spacing w:after="60" w:line="288" w:lineRule="auto"/>
        <w:ind w:left="340"/>
      </w:pPr>
      <w:r>
        <w:rPr>
          <w:b w:val="0"/>
          <w:i w:val="0"/>
        </w:rPr>
        <w:t>The fee includes [2] rounds of revisions. Work outside the Services will be quoted separately and starts only after the Client approves it in writing.</w:t>
      </w:r>
    </w:p>
    <w:p>
      <w:pPr>
        <w:keepNext/>
        <w:spacing w:after="60" w:before="140"/>
      </w:pPr>
      <w:r>
        <w:rPr>
          <w:b/>
          <w:i w:val="0"/>
        </w:rPr>
        <w:t>4. Client responsibilities</w:t>
      </w:r>
    </w:p>
    <w:p>
      <w:pPr>
        <w:spacing w:after="60" w:line="288" w:lineRule="auto"/>
        <w:ind w:left="340"/>
      </w:pPr>
      <w:r>
        <w:rPr>
          <w:b w:val="0"/>
          <w:i w:val="0"/>
        </w:rPr>
        <w:t>The Client will provide [content, logins, brand files and feedback] within [3] working days of a request. Delays in providing these may move the timeline.</w:t>
      </w:r>
    </w:p>
    <w:p>
      <w:pPr>
        <w:keepNext/>
        <w:spacing w:after="60" w:before="140"/>
      </w:pPr>
      <w:r>
        <w:rPr>
          <w:b/>
          <w:i w:val="0"/>
        </w:rPr>
        <w:t>5. Ownership</w:t>
      </w:r>
    </w:p>
    <w:p>
      <w:pPr>
        <w:spacing w:after="60" w:line="288" w:lineRule="auto"/>
        <w:ind w:left="340"/>
      </w:pPr>
      <w:r>
        <w:rPr>
          <w:b w:val="0"/>
          <w:i w:val="0"/>
        </w:rPr>
        <w:t>On full payment, the Client owns the final deliverables. The Provider keeps its pre-existing tools, code and know-how, and may show the work in its portfolio unless the Client objects in writing.</w:t>
      </w:r>
    </w:p>
    <w:p>
      <w:pPr>
        <w:keepNext/>
        <w:spacing w:after="60" w:before="140"/>
      </w:pPr>
      <w:r>
        <w:rPr>
          <w:b/>
          <w:i w:val="0"/>
        </w:rPr>
        <w:t>6. Confidentiality</w:t>
      </w:r>
    </w:p>
    <w:p>
      <w:pPr>
        <w:spacing w:after="60" w:line="288" w:lineRule="auto"/>
        <w:ind w:left="340"/>
      </w:pPr>
      <w:r>
        <w:rPr>
          <w:b w:val="0"/>
          <w:i w:val="0"/>
        </w:rPr>
        <w:t>Each party will keep the other's non-public information confidential during and after this agreement.</w:t>
      </w:r>
    </w:p>
    <w:p>
      <w:pPr>
        <w:keepNext/>
        <w:spacing w:after="60" w:before="140"/>
      </w:pPr>
      <w:r>
        <w:rPr>
          <w:b/>
          <w:i w:val="0"/>
        </w:rPr>
        <w:t>7. Independent contractor</w:t>
      </w:r>
    </w:p>
    <w:p>
      <w:pPr>
        <w:spacing w:after="60" w:line="288" w:lineRule="auto"/>
        <w:ind w:left="340"/>
      </w:pPr>
      <w:r>
        <w:rPr>
          <w:b w:val="0"/>
          <w:i w:val="0"/>
        </w:rPr>
        <w:t>The Provider is an independent contractor, not an employee, and is responsible for its own taxes, equipment and working hours.</w:t>
      </w:r>
    </w:p>
    <w:p>
      <w:pPr>
        <w:keepNext/>
        <w:spacing w:after="60" w:before="140"/>
      </w:pPr>
      <w:r>
        <w:rPr>
          <w:b/>
          <w:i w:val="0"/>
        </w:rPr>
        <w:t>8. Warranty and liability</w:t>
      </w:r>
    </w:p>
    <w:p>
      <w:pPr>
        <w:spacing w:after="60" w:line="288" w:lineRule="auto"/>
        <w:ind w:left="340"/>
      </w:pPr>
      <w:r>
        <w:rPr>
          <w:b w:val="0"/>
          <w:i w:val="0"/>
        </w:rPr>
        <w:t>The Provider will perform the Services with reasonable skill and care and fix defects reported within [30] days of delivery at no charge. Each party's total liability under this agreement is limited to the fees paid.</w:t>
      </w:r>
    </w:p>
    <w:p>
      <w:pPr>
        <w:keepNext/>
        <w:spacing w:after="60" w:before="140"/>
      </w:pPr>
      <w:r>
        <w:rPr>
          <w:b/>
          <w:i w:val="0"/>
        </w:rPr>
        <w:t>9. Termination</w:t>
      </w:r>
    </w:p>
    <w:p>
      <w:pPr>
        <w:spacing w:after="60" w:line="288" w:lineRule="auto"/>
        <w:ind w:left="340"/>
      </w:pPr>
      <w:r>
        <w:rPr>
          <w:b w:val="0"/>
          <w:i w:val="0"/>
        </w:rPr>
        <w:t>Either party may end this agreement with [14] days' written notice. The Client will pay for work completed up to the termination date.</w:t>
      </w:r>
    </w:p>
    <w:p>
      <w:pPr>
        <w:keepNext/>
        <w:spacing w:after="60" w:before="140"/>
      </w:pPr>
      <w:r>
        <w:rPr>
          <w:b/>
          <w:i w:val="0"/>
        </w:rPr>
        <w:t>10. Governing law</w:t>
      </w:r>
    </w:p>
    <w:p>
      <w:pPr>
        <w:spacing w:after="60" w:line="288" w:lineRule="auto"/>
        <w:ind w:left="340"/>
      </w:pPr>
      <w:r>
        <w:rPr>
          <w:b w:val="0"/>
          <w:i w:val="0"/>
        </w:rPr>
        <w:t>This agreement is governed by the laws of [Country / State].</w:t>
      </w:r>
    </w:p>
    <w:p>
      <w:pPr>
        <w:keepNext/>
        <w:spacing w:before="240"/>
      </w:pPr>
      <w:r>
        <w:rPr>
          <w:b w:val="0"/>
          <w:i w:val="0"/>
        </w:rPr>
        <w:t>IN WITNESS WHEREOF, the parties have signed this agreement on the date first written above.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706"/>
        <w:gridCol w:w="4706"/>
      </w:tblGrid>
      <w:tr>
        <w:trPr>
          <w:cantSplit/>
        </w:trPr>
        <w:tc>
          <w:tcPr>
            <w:tcW w:type="dxa" w:w="4706"/>
          </w:tcPr>
          <w:p>
            <w:pPr>
              <w:spacing w:before="480"/>
            </w:pPr>
            <w:r/>
            <w:r>
              <w:rPr>
                <w:b/>
                <w:color w:val="1D4ED8"/>
                <w:sz w:val="18"/>
              </w:rPr>
              <w:t>CLIENT</w:t>
            </w:r>
          </w:p>
          <w:p>
            <w:pPr>
              <w:spacing w:before="440"/>
            </w:pPr>
            <w:r>
              <w:t>Signature: ____________________</w:t>
            </w:r>
          </w:p>
          <w:p>
            <w:r>
              <w:t>Name: [Signatory Name]</w:t>
            </w:r>
          </w:p>
          <w:p>
            <w:r>
              <w:t>Title: [Designation]</w:t>
            </w:r>
          </w:p>
          <w:p>
            <w:r>
              <w:t>Date: ____________</w:t>
            </w:r>
          </w:p>
        </w:tc>
        <w:tc>
          <w:tcPr>
            <w:tcW w:type="dxa" w:w="4706"/>
          </w:tcPr>
          <w:p>
            <w:pPr>
              <w:spacing w:before="480"/>
            </w:pPr>
            <w:r/>
            <w:r>
              <w:rPr>
                <w:b/>
                <w:color w:val="1D4ED8"/>
                <w:sz w:val="18"/>
              </w:rPr>
              <w:t>SERVICE PROVIDER</w:t>
            </w:r>
          </w:p>
          <w:p>
            <w:pPr>
              <w:spacing w:before="440"/>
            </w:pPr>
            <w:r>
              <w:t>Signature: ____________________</w:t>
            </w:r>
          </w:p>
          <w:p>
            <w:r>
              <w:t>Name: [Signatory Name]</w:t>
            </w:r>
          </w:p>
          <w:p>
            <w:r>
              <w:t>Title: [Designation]</w:t>
            </w:r>
          </w:p>
          <w:p>
            <w:r>
              <w:t>Date: ____________</w:t>
            </w:r>
          </w:p>
        </w:tc>
      </w:tr>
    </w:tbl>
    <w:p>
      <w:pPr>
        <w:spacing w:before="360"/>
      </w:pPr>
      <w:r>
        <w:rPr>
          <w:b w:val="0"/>
          <w:i/>
          <w:color w:val="475569"/>
          <w:sz w:val="17"/>
        </w:rPr>
        <w:t>This template is a general starting point, not legal advice. Laws differ by country and state; have the final agreement checked by a lawyer before signing.</w:t>
      </w:r>
    </w:p>
    <w:sectPr w:rsidR="00FC693F" w:rsidRPr="0006063C" w:rsidSect="00034616">
      <w:pgSz w:w="11906" w:h="16838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Calibri" w:hAnsi="Calibri" w:eastAsia="Calibri"/>
      <w:color w:val="0F172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 Agreement Template</dc:title>
  <dc:subject/>
  <dc:creator>FileConvy</dc:creator>
  <cp:keywords/>
  <dc:description>Free template from https://www.fileconvy.com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