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D4ED8"/>
          <w:sz w:val="36"/>
        </w:rPr>
        <w:t>[COMPANY NAME]</w:t>
      </w:r>
    </w:p>
    <w:p>
      <w:pPr>
        <w:jc w:val="center"/>
      </w:pPr>
      <w:r>
        <w:rPr>
          <w:b w:val="0"/>
          <w:i w:val="0"/>
          <w:color w:val="475569"/>
          <w:sz w:val="18"/>
        </w:rPr>
        <w:t>[Company address, City]</w:t>
      </w:r>
    </w:p>
    <w:p>
      <w:pPr>
        <w:spacing w:after="200" w:before="160"/>
        <w:jc w:val="center"/>
        <w:pBdr>
          <w:bottom w:val="single" w:sz="8" w:space="2" w:color="1D4ED8"/>
        </w:pBdr>
      </w:pPr>
      <w:r>
        <w:rPr>
          <w:b/>
          <w:i w:val="0"/>
          <w:sz w:val="26"/>
        </w:rPr>
        <w:t>SALARY SLIP — [MONTH YEAR]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</w:tcPr>
          <w:p>
            <w:r/>
            <w:r>
              <w:rPr>
                <w:b w:val="0"/>
                <w:color w:val="475569"/>
              </w:rPr>
              <w:t>Employee name</w:t>
            </w:r>
          </w:p>
        </w:tc>
        <w:tc>
          <w:tcPr>
            <w:tcW w:type="dxa" w:w="2778"/>
          </w:tcPr>
          <w:p>
            <w:r/>
            <w:r>
              <w:rPr>
                <w:b/>
              </w:rPr>
              <w:t>[Full name]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color w:val="475569"/>
              </w:rPr>
              <w:t>Employee ID</w:t>
            </w:r>
          </w:p>
        </w:tc>
        <w:tc>
          <w:tcPr>
            <w:tcW w:type="dxa" w:w="2778"/>
          </w:tcPr>
          <w:p>
            <w:r/>
            <w:r>
              <w:rPr>
                <w:b/>
              </w:rPr>
              <w:t>[EMP-001]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  <w:color w:val="475569"/>
              </w:rPr>
              <w:t>Designation</w:t>
            </w:r>
          </w:p>
        </w:tc>
        <w:tc>
          <w:tcPr>
            <w:tcW w:type="dxa" w:w="2778"/>
          </w:tcPr>
          <w:p>
            <w:r/>
            <w:r>
              <w:rPr>
                <w:b/>
              </w:rPr>
              <w:t>[Job title]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color w:val="475569"/>
              </w:rPr>
              <w:t>Department</w:t>
            </w:r>
          </w:p>
        </w:tc>
        <w:tc>
          <w:tcPr>
            <w:tcW w:type="dxa" w:w="2778"/>
          </w:tcPr>
          <w:p>
            <w:r/>
            <w:r>
              <w:rPr>
                <w:b/>
              </w:rPr>
              <w:t>[Department]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  <w:color w:val="475569"/>
              </w:rPr>
              <w:t>Pay period</w:t>
            </w:r>
          </w:p>
        </w:tc>
        <w:tc>
          <w:tcPr>
            <w:tcW w:type="dxa" w:w="2778"/>
          </w:tcPr>
          <w:p>
            <w:r/>
            <w:r>
              <w:rPr>
                <w:b/>
              </w:rPr>
              <w:t>[01–30 Month YYYY]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color w:val="475569"/>
              </w:rPr>
              <w:t>Payment date</w:t>
            </w:r>
          </w:p>
        </w:tc>
        <w:tc>
          <w:tcPr>
            <w:tcW w:type="dxa" w:w="2778"/>
          </w:tcPr>
          <w:p>
            <w:r/>
            <w:r>
              <w:rPr>
                <w:b/>
              </w:rPr>
              <w:t>[DD/MM/YYYY]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  <w:color w:val="475569"/>
              </w:rPr>
              <w:t>Bank account</w:t>
            </w:r>
          </w:p>
        </w:tc>
        <w:tc>
          <w:tcPr>
            <w:tcW w:type="dxa" w:w="2778"/>
          </w:tcPr>
          <w:p>
            <w:r/>
            <w:r>
              <w:rPr>
                <w:b/>
              </w:rPr>
              <w:t>[Account / IBAN]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color w:val="475569"/>
              </w:rPr>
              <w:t>Working days</w:t>
            </w:r>
          </w:p>
        </w:tc>
        <w:tc>
          <w:tcPr>
            <w:tcW w:type="dxa" w:w="2778"/>
          </w:tcPr>
          <w:p>
            <w:r/>
            <w:r>
              <w:rPr>
                <w:b/>
              </w:rPr>
              <w:t>30</w:t>
            </w:r>
          </w:p>
        </w:tc>
      </w:tr>
    </w:tbl>
    <w:p>
      <w:pPr>
        <w:spacing w:before="16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118"/>
        <w:gridCol w:w="1701"/>
        <w:gridCol w:w="3118"/>
        <w:gridCol w:w="1701"/>
      </w:tblGrid>
      <w:tr>
        <w:tc>
          <w:tcPr>
            <w:tcW w:type="dxa" w:w="3118"/>
            <w:shd w:val="clear" w:color="auto" w:fill="1D4ED8"/>
          </w:tcPr>
          <w:p>
            <w:r/>
            <w:r>
              <w:rPr>
                <w:b/>
                <w:color w:val="FFFFFF"/>
              </w:rPr>
              <w:t>Earnings</w:t>
            </w:r>
          </w:p>
        </w:tc>
        <w:tc>
          <w:tcPr>
            <w:tcW w:type="dxa" w:w="1701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</w:t>
            </w:r>
          </w:p>
        </w:tc>
        <w:tc>
          <w:tcPr>
            <w:tcW w:type="dxa" w:w="3118"/>
            <w:shd w:val="clear" w:color="auto" w:fill="1D4ED8"/>
          </w:tcPr>
          <w:p>
            <w:r/>
            <w:r>
              <w:rPr>
                <w:b/>
                <w:color w:val="FFFFFF"/>
              </w:rPr>
              <w:t>Deductions</w:t>
            </w:r>
          </w:p>
        </w:tc>
        <w:tc>
          <w:tcPr>
            <w:tcW w:type="dxa" w:w="1701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Basic salary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60,000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Income tax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2,500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House rent allowance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15,000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Provident fund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3,000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Medical allowance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5,000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Social security / EOBI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400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Conveyance allowance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5,000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Loan / advance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0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Overtime / bonus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Other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0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/>
              </w:rPr>
              <w:t>Total earnings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/>
              </w:rPr>
              <w:t>85,000</w:t>
            </w:r>
          </w:p>
        </w:tc>
        <w:tc>
          <w:tcPr>
            <w:tcW w:type="dxa" w:w="3118"/>
          </w:tcPr>
          <w:p>
            <w:r/>
            <w:r>
              <w:rPr>
                <w:b/>
              </w:rPr>
              <w:t>Total deductions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/>
              </w:rPr>
              <w:t>5,900</w:t>
            </w:r>
          </w:p>
        </w:tc>
      </w:tr>
      <w:tr>
        <w:tc>
          <w:tcPr>
            <w:tcW w:type="dxa" w:w="3118"/>
            <w:gridSpan w:val="3"/>
            <w:shd w:val="clear" w:color="auto" w:fill="DBEAFE"/>
          </w:tcPr>
          <w:p>
            <w:r/>
            <w:r>
              <w:rPr>
                <w:b/>
              </w:rPr>
              <w:t>NET PAY (total earnings − total deductions)</w:t>
            </w:r>
          </w:p>
        </w:tc>
        <w:tc>
          <w:tcPr>
            <w:tcW w:type="dxa" w:w="1701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79,100</w:t>
            </w:r>
          </w:p>
        </w:tc>
      </w:tr>
    </w:tbl>
    <w:p>
      <w:pPr>
        <w:spacing w:before="120"/>
      </w:pPr>
      <w:r>
        <w:rPr>
          <w:b w:val="0"/>
          <w:i/>
          <w:color w:val="475569"/>
          <w:sz w:val="18"/>
        </w:rPr>
        <w:t>Amounts in [currency]. Net pay in words: [amount in words].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600"/>
            </w:pPr>
            <w:r/>
            <w:r>
              <w:rPr>
                <w:b w:val="0"/>
                <w:color w:val="475569"/>
              </w:rPr>
              <w:t>______________________</w:t>
            </w:r>
          </w:p>
        </w:tc>
        <w:tc>
          <w:tcPr>
            <w:tcW w:type="dxa" w:w="4819"/>
          </w:tcPr>
          <w:p>
            <w:pPr>
              <w:spacing w:before="600"/>
            </w:pPr>
            <w:r/>
            <w:r>
              <w:rPr>
                <w:b w:val="0"/>
                <w:color w:val="475569"/>
              </w:rPr>
              <w:t>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Employer signature &amp; stamp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</w:rPr>
              <w:t>Employee signature</w:t>
            </w:r>
          </w:p>
        </w:tc>
      </w:tr>
    </w:tbl>
    <w:p>
      <w:pPr>
        <w:spacing w:before="280"/>
      </w:pPr>
      <w:r>
        <w:rPr>
          <w:b w:val="0"/>
          <w:i/>
          <w:color w:val="475569"/>
          <w:sz w:val="18"/>
        </w:rPr>
        <w:t>This is a computer-generated salary slip.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Slip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