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D4ED8"/>
          <w:sz w:val="36"/>
        </w:rPr>
        <w:t>[COMPANY NAME]</w:t>
      </w:r>
    </w:p>
    <w:p>
      <w:pPr>
        <w:spacing w:after="280"/>
        <w:pBdr>
          <w:bottom w:val="single" w:sz="12" w:space="2" w:color="1D4ED8"/>
        </w:pBdr>
      </w:pPr>
      <w:r>
        <w:rPr>
          <w:b w:val="0"/>
          <w:i w:val="0"/>
          <w:color w:val="475569"/>
          <w:sz w:val="18"/>
        </w:rPr>
        <w:t>[Street address, City, Country]  •  [Phone]  •  [email@company.com]  •  [www.company.com]</w:t>
      </w:r>
    </w:p>
    <w:p>
      <w:r>
        <w:rPr>
          <w:b w:val="0"/>
          <w:i w:val="0"/>
        </w:rPr>
        <w:t>Ref: [HR/INC/2026/001]</w:t>
      </w:r>
    </w:p>
    <w:p>
      <w:r>
        <w:rPr>
          <w:b w:val="0"/>
          <w:i w:val="0"/>
        </w:rPr>
        <w:t>Date: [DD Month YYYY]</w:t>
      </w:r>
    </w:p>
    <w:p>
      <w:pPr>
        <w:spacing w:before="200"/>
      </w:pPr>
    </w:p>
    <w:p>
      <w:r>
        <w:rPr>
          <w:b w:val="0"/>
          <w:i w:val="0"/>
        </w:rPr>
        <w:t>[Employee Name]</w:t>
      </w:r>
    </w:p>
    <w:p>
      <w:r>
        <w:rPr>
          <w:b w:val="0"/>
          <w:i w:val="0"/>
        </w:rPr>
        <w:t>[Designation], [Department]</w:t>
      </w:r>
    </w:p>
    <w:p>
      <w:r>
        <w:rPr>
          <w:b w:val="0"/>
          <w:i w:val="0"/>
        </w:rPr>
        <w:t>[Employee ID: EMP-000]</w:t>
      </w:r>
    </w:p>
    <w:p>
      <w:pPr>
        <w:spacing w:after="200" w:before="280"/>
      </w:pPr>
      <w:r>
        <w:rPr>
          <w:b/>
          <w:i w:val="0"/>
        </w:rPr>
        <w:t>Subject: Salary Increment</w:t>
      </w:r>
    </w:p>
    <w:p>
      <w:pPr>
        <w:spacing w:after="160" w:line="300" w:lineRule="auto"/>
      </w:pPr>
      <w:r>
        <w:rPr>
          <w:b w:val="0"/>
          <w:i w:val="0"/>
        </w:rPr>
        <w:t>Dear [Employee Name],</w:t>
      </w:r>
    </w:p>
    <w:p>
      <w:pPr>
        <w:spacing w:after="160" w:line="300" w:lineRule="auto"/>
      </w:pPr>
      <w:r>
        <w:rPr>
          <w:b w:val="0"/>
          <w:i w:val="0"/>
        </w:rPr>
        <w:t>We are pleased to inform you that, in recognition of your performance and contribution during [the year 2026 / your annual review], your salary has been increased with effect from [Effective Date].</w:t>
      </w:r>
    </w:p>
    <w:p>
      <w:pPr>
        <w:spacing w:after="160" w:line="300" w:lineRule="auto"/>
      </w:pPr>
      <w:r>
        <w:rPr>
          <w:b w:val="0"/>
          <w:i w:val="0"/>
        </w:rPr>
        <w:t>Your monthly salary will change as follows:</w:t>
      </w:r>
    </w:p>
    <w:p>
      <w:pPr>
        <w:spacing w:after="160" w:line="300" w:lineRule="auto"/>
      </w:pPr>
      <w:r>
        <w:rPr>
          <w:b w:val="0"/>
          <w:i w:val="0"/>
        </w:rPr>
        <w:t>Previous gross salary: [amount]</w:t>
        <w:br/>
        <w:t>Increment: [amount] ([x]%)</w:t>
        <w:br/>
        <w:t>New gross salary: [amount and currency]</w:t>
      </w:r>
    </w:p>
    <w:p>
      <w:pPr>
        <w:spacing w:after="160" w:line="300" w:lineRule="auto"/>
      </w:pPr>
      <w:r>
        <w:rPr>
          <w:b w:val="0"/>
          <w:i w:val="0"/>
        </w:rPr>
        <w:t>All other terms and conditions of your employment remain unchanged. [Your designation has also been changed to New Designation.]</w:t>
      </w:r>
    </w:p>
    <w:p>
      <w:pPr>
        <w:spacing w:after="160" w:line="300" w:lineRule="auto"/>
      </w:pPr>
      <w:r>
        <w:rPr>
          <w:b w:val="0"/>
          <w:i w:val="0"/>
        </w:rPr>
        <w:t>We appreciate your hard work and look forward to your continued success with [Company Name].</w:t>
      </w:r>
    </w:p>
    <w:p>
      <w:pPr>
        <w:spacing w:after="160" w:line="300" w:lineRule="auto"/>
      </w:pPr>
      <w:r>
        <w:rPr>
          <w:b w:val="0"/>
          <w:i w:val="0"/>
        </w:rPr>
        <w:t>Yours sincerely,</w:t>
      </w:r>
    </w:p>
    <w:p>
      <w:pPr>
        <w:spacing w:before="440"/>
      </w:pPr>
    </w:p>
    <w:p>
      <w:r>
        <w:rPr>
          <w:b w:val="0"/>
          <w:i w:val="0"/>
          <w:color w:val="475569"/>
        </w:rPr>
        <w:t>______________________________</w:t>
      </w:r>
    </w:p>
    <w:p>
      <w:r>
        <w:rPr>
          <w:b/>
          <w:i w:val="0"/>
        </w:rPr>
        <w:t>[Name]</w:t>
      </w:r>
    </w:p>
    <w:p>
      <w:r>
        <w:rPr>
          <w:b w:val="0"/>
          <w:i w:val="0"/>
        </w:rPr>
        <w:t>[Designation, e.g. Head of HR]</w:t>
      </w:r>
    </w:p>
    <w:p>
      <w:r>
        <w:rPr>
          <w:b w:val="0"/>
          <w:i w:val="0"/>
        </w:rPr>
        <w:t>[Company Name]</w:t>
      </w:r>
    </w:p>
    <w:sectPr w:rsidR="00FC693F" w:rsidRPr="0006063C" w:rsidSect="00034616"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Increment Letter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