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[HR/SAL/2026/001]</w:t>
      </w:r>
    </w:p>
    <w:p>
      <w:r>
        <w:rPr>
          <w:b w:val="0"/>
          <w:i w:val="0"/>
        </w:rPr>
        <w:t>Date: [DD Month YYYY]</w:t>
      </w:r>
    </w:p>
    <w:p>
      <w:pPr>
        <w:spacing w:after="200" w:before="280"/>
      </w:pPr>
      <w:r>
        <w:rPr>
          <w:b/>
          <w:i w:val="0"/>
        </w:rPr>
        <w:t>SALARY CERTIFICATE — TO WHOM IT MAY CONCERN</w:t>
      </w:r>
    </w:p>
    <w:p>
      <w:pPr>
        <w:spacing w:after="160" w:line="300" w:lineRule="auto"/>
      </w:pPr>
      <w:r>
        <w:rPr>
          <w:b w:val="0"/>
          <w:i w:val="0"/>
        </w:rPr>
        <w:t>This is to certify that [Mr./Ms. Employee Full Name], holding [CNIC / ID / Passport No. 00000-0000000-0], is employed with [Company Name] as [Designation] since [Joining Date]. [He/She/They] is a permanent employee.</w:t>
      </w:r>
    </w:p>
    <w:p>
      <w:pPr>
        <w:spacing w:after="160" w:line="300" w:lineRule="auto"/>
      </w:pPr>
      <w:r>
        <w:rPr>
          <w:b w:val="0"/>
          <w:i w:val="0"/>
        </w:rPr>
        <w:t>[His/Her/Their] current monthly salary is as follows:</w:t>
      </w:r>
    </w:p>
    <w:p>
      <w:pPr>
        <w:spacing w:after="160" w:line="300" w:lineRule="auto"/>
      </w:pPr>
      <w:r>
        <w:rPr>
          <w:b w:val="0"/>
          <w:i w:val="0"/>
        </w:rPr>
        <w:t>Basic salary: [amount]</w:t>
        <w:br/>
        <w:t>Allowances: [amount]</w:t>
        <w:br/>
        <w:t>Gross monthly salary: [amount and currency]</w:t>
      </w:r>
    </w:p>
    <w:p>
      <w:pPr>
        <w:spacing w:after="160" w:line="300" w:lineRule="auto"/>
      </w:pPr>
      <w:r>
        <w:rPr>
          <w:b w:val="0"/>
          <w:i w:val="0"/>
        </w:rPr>
        <w:t>This certificate is issued at the request of the employee for [purpose, e.g. bank loan / visa application / rental agreement] and does not create any liability on the company.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[Authorised Signatory Name]</w:t>
      </w:r>
    </w:p>
    <w:p>
      <w:r>
        <w:rPr>
          <w:b w:val="0"/>
          <w:i w:val="0"/>
        </w:rPr>
        <w:t>[Designation, e.g. HR Manager]</w:t>
      </w:r>
    </w:p>
    <w:p>
      <w:r>
        <w:rPr>
          <w:b w:val="0"/>
          <w:i w:val="0"/>
        </w:rPr>
        <w:t>[Company Name]  •  Company stamp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Certificate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