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/>
                <w:color w:val="1D4ED8"/>
                <w:sz w:val="32"/>
              </w:rPr>
              <w:t>[RESTAURANT NAME]</w:t>
            </w:r>
          </w:p>
          <w:p>
            <w:r>
              <w:rPr>
                <w:color w:val="475569"/>
              </w:rPr>
              <w:t>[Street address, City]</w:t>
            </w:r>
          </w:p>
          <w:p>
            <w:r>
              <w:rPr>
                <w:color w:val="475569"/>
              </w:rPr>
              <w:t>[Phone]  •  [email@business.com]</w:t>
            </w:r>
          </w:p>
        </w:tc>
        <w:tc>
          <w:tcPr>
            <w:tcW w:type="dxa" w:w="4819"/>
          </w:tcPr>
          <w:p>
            <w:pPr>
              <w:jc w:val="right"/>
            </w:pPr>
            <w:r/>
            <w:r>
              <w:rPr>
                <w:b/>
                <w:color w:val="0F172A"/>
                <w:sz w:val="48"/>
              </w:rPr>
              <w:t>BILL</w:t>
            </w:r>
          </w:p>
          <w:p>
            <w:pPr>
              <w:jc w:val="right"/>
            </w:pPr>
            <w:r>
              <w:rPr>
                <w:color w:val="475569"/>
              </w:rPr>
              <w:t xml:space="preserve">Bill no. </w:t>
            </w:r>
            <w:r>
              <w:rPr>
                <w:b/>
              </w:rPr>
              <w:t>B-0001</w:t>
            </w:r>
          </w:p>
          <w:p>
            <w:pPr>
              <w:jc w:val="right"/>
            </w:pPr>
            <w:r>
              <w:rPr>
                <w:color w:val="475569"/>
              </w:rPr>
              <w:t xml:space="preserve">Date: </w:t>
            </w:r>
            <w:r>
              <w:rPr>
                <w:b/>
              </w:rPr>
              <w:t>[DD/MM/YYYY]</w:t>
            </w:r>
          </w:p>
          <w:p>
            <w:pPr>
              <w:jc w:val="right"/>
            </w:pPr>
            <w:r>
              <w:rPr>
                <w:color w:val="475569"/>
              </w:rPr>
              <w:t xml:space="preserve">Time: </w:t>
            </w:r>
            <w:r>
              <w:rPr>
                <w:b/>
              </w:rPr>
              <w:t>[19:45]</w:t>
            </w:r>
          </w:p>
          <w:p>
            <w:pPr>
              <w:jc w:val="right"/>
            </w:pPr>
            <w:r>
              <w:rPr>
                <w:color w:val="475569"/>
              </w:rPr>
              <w:t xml:space="preserve">Table / server: </w:t>
            </w:r>
            <w:r>
              <w:rPr>
                <w:b/>
              </w:rPr>
              <w:t>[T-12 / Name]</w:t>
            </w:r>
          </w:p>
        </w:tc>
      </w:tr>
    </w:tbl>
    <w:p>
      <w:pPr>
        <w:spacing w:before="200"/>
      </w:pPr>
    </w:p>
    <w:p>
      <w:r>
        <w:rPr>
          <w:b/>
          <w:i w:val="0"/>
          <w:color w:val="1D4ED8"/>
          <w:sz w:val="18"/>
        </w:rPr>
        <w:t>ORDER</w:t>
      </w:r>
    </w:p>
    <w:p>
      <w:r>
        <w:rPr>
          <w:b w:val="0"/>
          <w:i w:val="0"/>
        </w:rPr>
        <w:t>Guests: [4]</w:t>
      </w:r>
    </w:p>
    <w:p>
      <w:r>
        <w:rPr>
          <w:b w:val="0"/>
          <w:i w:val="0"/>
        </w:rPr>
        <w:t>Order type: [Dine-in / Takeaway / Delivery]</w:t>
      </w:r>
    </w:p>
    <w:p>
      <w:r>
        <w:rPr>
          <w:b w:val="0"/>
          <w:i w:val="0"/>
        </w:rPr>
        <w:t>Payment: [Cash / Card / Online]</w:t>
      </w:r>
    </w:p>
    <w:p>
      <w:pPr>
        <w:spacing w:before="12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386"/>
        <w:gridCol w:w="1134"/>
        <w:gridCol w:w="1559"/>
        <w:gridCol w:w="1559"/>
      </w:tblGrid>
      <w:tr>
        <w:tc>
          <w:tcPr>
            <w:tcW w:type="dxa" w:w="5386"/>
            <w:shd w:val="clear" w:color="auto" w:fill="1D4ED8"/>
          </w:tcPr>
          <w:p>
            <w:r/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1134"/>
            <w:shd w:val="clear" w:color="auto" w:fill="1D4ED8"/>
          </w:tcPr>
          <w:p>
            <w:pPr>
              <w:jc w:val="right"/>
            </w:pPr>
            <w:r/>
            <w:r>
              <w:rPr>
                <w:b/>
                <w:color w:val="FFFFFF"/>
              </w:rPr>
              <w:t>Qty</w:t>
            </w:r>
          </w:p>
        </w:tc>
        <w:tc>
          <w:tcPr>
            <w:tcW w:type="dxa" w:w="1559"/>
            <w:shd w:val="clear" w:color="auto" w:fill="1D4ED8"/>
          </w:tcPr>
          <w:p>
            <w:pPr>
              <w:jc w:val="right"/>
            </w:pPr>
            <w:r/>
            <w:r>
              <w:rPr>
                <w:b/>
                <w:color w:val="FFFFFF"/>
              </w:rPr>
              <w:t>Rate (USD)</w:t>
            </w:r>
          </w:p>
        </w:tc>
        <w:tc>
          <w:tcPr>
            <w:tcW w:type="dxa" w:w="1559"/>
            <w:shd w:val="clear" w:color="auto" w:fill="1D4ED8"/>
          </w:tcPr>
          <w:p>
            <w:pPr>
              <w:jc w:val="right"/>
            </w:pPr>
            <w:r/>
            <w:r>
              <w:rPr>
                <w:b/>
                <w:color w:val="FFFFFF"/>
              </w:rPr>
              <w:t>Amount (USD)</w:t>
            </w:r>
          </w:p>
        </w:tc>
      </w:tr>
      <w:tr>
        <w:tc>
          <w:tcPr>
            <w:tcW w:type="dxa" w:w="5386"/>
          </w:tcPr>
          <w:p>
            <w:r/>
            <w:r>
              <w:rPr>
                <w:b w:val="0"/>
              </w:rPr>
              <w:t>[Starter, e.g. Chicken soup]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 w:val="0"/>
              </w:rPr>
              <w:t>2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4.50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9.00</w:t>
            </w:r>
          </w:p>
        </w:tc>
      </w:tr>
      <w:tr>
        <w:tc>
          <w:tcPr>
            <w:tcW w:type="dxa" w:w="5386"/>
          </w:tcPr>
          <w:p>
            <w:r/>
            <w:r>
              <w:rPr>
                <w:b w:val="0"/>
              </w:rPr>
              <w:t>[Main course, e.g. Grilled fish with rice]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 w:val="0"/>
              </w:rPr>
              <w:t>2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12.00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24.00</w:t>
            </w:r>
          </w:p>
        </w:tc>
      </w:tr>
      <w:tr>
        <w:tc>
          <w:tcPr>
            <w:tcW w:type="dxa" w:w="5386"/>
          </w:tcPr>
          <w:p>
            <w:r/>
            <w:r>
              <w:rPr>
                <w:b w:val="0"/>
              </w:rPr>
              <w:t>[Main course, e.g. Vegetable biryani]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 w:val="0"/>
              </w:rPr>
              <w:t>1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9.00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9.00</w:t>
            </w:r>
          </w:p>
        </w:tc>
      </w:tr>
      <w:tr>
        <w:tc>
          <w:tcPr>
            <w:tcW w:type="dxa" w:w="5386"/>
          </w:tcPr>
          <w:p>
            <w:r/>
            <w:r>
              <w:rPr>
                <w:b w:val="0"/>
              </w:rPr>
              <w:t>[Dessert, e.g. Chocolate brownie]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 w:val="0"/>
              </w:rPr>
              <w:t>2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5.00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10.00</w:t>
            </w:r>
          </w:p>
        </w:tc>
      </w:tr>
      <w:tr>
        <w:tc>
          <w:tcPr>
            <w:tcW w:type="dxa" w:w="5386"/>
          </w:tcPr>
          <w:p>
            <w:r/>
            <w:r>
              <w:rPr>
                <w:b w:val="0"/>
              </w:rPr>
              <w:t>[Drinks, e.g. Fresh lime soda]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 w:val="0"/>
              </w:rPr>
              <w:t>3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2.50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7.50</w:t>
            </w:r>
          </w:p>
        </w:tc>
      </w:tr>
      <w:tr>
        <w:tc>
          <w:tcPr>
            <w:tcW w:type="dxa" w:w="1559"/>
            <w:gridSpan w:val="3"/>
          </w:tcPr>
          <w:p>
            <w:pPr>
              <w:jc w:val="right"/>
            </w:pPr>
            <w:r/>
            <w:r>
              <w:rPr>
                <w:b w:val="0"/>
              </w:rPr>
              <w:t>Subtotal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USD 59.50</w:t>
            </w:r>
          </w:p>
        </w:tc>
      </w:tr>
      <w:tr>
        <w:tc>
          <w:tcPr>
            <w:tcW w:type="dxa" w:w="1559"/>
            <w:gridSpan w:val="3"/>
          </w:tcPr>
          <w:p>
            <w:pPr>
              <w:jc w:val="right"/>
            </w:pPr>
            <w:r/>
            <w:r>
              <w:rPr>
                <w:b w:val="0"/>
              </w:rPr>
              <w:t>Service charge &amp; tax ([x]%)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USD 0.00</w:t>
            </w:r>
          </w:p>
        </w:tc>
      </w:tr>
      <w:tr>
        <w:tc>
          <w:tcPr>
            <w:tcW w:type="dxa" w:w="1559"/>
            <w:gridSpan w:val="3"/>
            <w:shd w:val="clear" w:color="auto" w:fill="DBEAFE"/>
          </w:tcPr>
          <w:p>
            <w:pPr>
              <w:jc w:val="right"/>
            </w:pPr>
            <w:r/>
            <w:r>
              <w:rPr>
                <w:b/>
              </w:rPr>
              <w:t>TOTAL</w:t>
            </w:r>
          </w:p>
        </w:tc>
        <w:tc>
          <w:tcPr>
            <w:tcW w:type="dxa" w:w="1559"/>
            <w:shd w:val="clear" w:color="auto" w:fill="DBEAFE"/>
          </w:tcPr>
          <w:p>
            <w:pPr>
              <w:jc w:val="right"/>
            </w:pPr>
            <w:r/>
            <w:r>
              <w:rPr>
                <w:b/>
              </w:rPr>
              <w:t>USD 59.50</w:t>
            </w:r>
          </w:p>
        </w:tc>
      </w:tr>
    </w:tbl>
    <w:p>
      <w:pPr>
        <w:spacing w:before="240"/>
      </w:pPr>
    </w:p>
    <w:p>
      <w:r>
        <w:rPr>
          <w:b/>
          <w:i w:val="0"/>
          <w:color w:val="1D4ED8"/>
          <w:sz w:val="18"/>
        </w:rPr>
        <w:t>NOTES</w:t>
      </w:r>
    </w:p>
    <w:p>
      <w:r>
        <w:rPr>
          <w:b w:val="0"/>
          <w:i w:val="0"/>
        </w:rPr>
        <w:t>Service charge, if any, is shown separately and is optional unless stated on the menu.</w:t>
      </w:r>
    </w:p>
    <w:p>
      <w:pPr>
        <w:spacing w:before="280"/>
      </w:pPr>
      <w:r>
        <w:rPr>
          <w:b/>
          <w:i w:val="0"/>
          <w:color w:val="1D4ED8"/>
        </w:rPr>
        <w:t>Thank you for dining with us! Please visit again.</w:t>
      </w:r>
    </w:p>
    <w:sectPr w:rsidR="00FC693F" w:rsidRPr="0006063C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Restaurant Bill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