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  <w:t>[Your Name]</w:t>
      </w:r>
    </w:p>
    <w:p>
      <w:r>
        <w:rPr>
          <w:b w:val="0"/>
          <w:i w:val="0"/>
        </w:rPr>
        <w:t>[Your Address, City]</w:t>
      </w:r>
    </w:p>
    <w:p>
      <w:r>
        <w:rPr>
          <w:b w:val="0"/>
          <w:i w:val="0"/>
        </w:rPr>
        <w:t>[your.email@example.com]</w:t>
      </w:r>
    </w:p>
    <w:p/>
    <w:p>
      <w:r>
        <w:rPr>
          <w:b w:val="0"/>
          <w:i w:val="0"/>
        </w:rPr>
        <w:t>Date: [DD Month YYYY]</w:t>
      </w:r>
    </w:p>
    <w:p>
      <w:pPr>
        <w:spacing w:before="200"/>
      </w:pPr>
    </w:p>
    <w:p>
      <w:r>
        <w:rPr>
          <w:b w:val="0"/>
          <w:i w:val="0"/>
        </w:rPr>
        <w:t>[Manager Name]</w:t>
      </w:r>
    </w:p>
    <w:p>
      <w:r>
        <w:rPr>
          <w:b w:val="0"/>
          <w:i w:val="0"/>
        </w:rPr>
        <w:t>[Manager Title]</w:t>
      </w:r>
    </w:p>
    <w:p>
      <w:r>
        <w:rPr>
          <w:b w:val="0"/>
          <w:i w:val="0"/>
        </w:rPr>
        <w:t>[Company Name]</w:t>
      </w:r>
    </w:p>
    <w:p>
      <w:pPr>
        <w:spacing w:after="200" w:before="280"/>
      </w:pPr>
      <w:r>
        <w:rPr>
          <w:b/>
          <w:i w:val="0"/>
        </w:rPr>
        <w:t>Subject: Resignation — [Your Job Title]</w:t>
      </w:r>
    </w:p>
    <w:p>
      <w:pPr>
        <w:spacing w:after="160" w:line="300" w:lineRule="auto"/>
      </w:pPr>
      <w:r>
        <w:rPr>
          <w:b w:val="0"/>
          <w:i w:val="0"/>
        </w:rPr>
        <w:t>Dear [Manager Name],</w:t>
      </w:r>
    </w:p>
    <w:p>
      <w:pPr>
        <w:spacing w:after="160" w:line="300" w:lineRule="auto"/>
      </w:pPr>
      <w:r>
        <w:rPr>
          <w:b w:val="0"/>
          <w:i w:val="0"/>
        </w:rPr>
        <w:t>Please accept this letter as formal notice of my resignation from my position as [Job Title] at [Company Name]. In line with my [one month] notice period, my last working day will be [Last Working Date].</w:t>
      </w:r>
    </w:p>
    <w:p>
      <w:pPr>
        <w:spacing w:after="160" w:line="300" w:lineRule="auto"/>
      </w:pPr>
      <w:r>
        <w:rPr>
          <w:b w:val="0"/>
          <w:i w:val="0"/>
        </w:rPr>
        <w:t>Thank you for the opportunities I have had during my [x years] here. I have learned a great deal, especially [one specific thing you appreciated], and I am grateful for your support.</w:t>
      </w:r>
    </w:p>
    <w:p>
      <w:pPr>
        <w:spacing w:after="160" w:line="300" w:lineRule="auto"/>
      </w:pPr>
      <w:r>
        <w:rPr>
          <w:b w:val="0"/>
          <w:i w:val="0"/>
        </w:rPr>
        <w:t>Over the coming weeks I will do everything I can to make the handover smooth, including documenting my current work and training [colleague or replacement]. Please let me know how I can help.</w:t>
      </w:r>
    </w:p>
    <w:p>
      <w:pPr>
        <w:spacing w:after="160" w:line="300" w:lineRule="auto"/>
      </w:pPr>
      <w:r>
        <w:rPr>
          <w:b w:val="0"/>
          <w:i w:val="0"/>
        </w:rPr>
        <w:t>I wish you and the team continued success.</w:t>
      </w:r>
    </w:p>
    <w:p>
      <w:pPr>
        <w:spacing w:after="160" w:line="300" w:lineRule="auto"/>
      </w:pPr>
      <w:r>
        <w:rPr>
          <w:b w:val="0"/>
          <w:i w:val="0"/>
        </w:rPr>
        <w:t>Yours sincerely,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[Your Name]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