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D4ED8"/>
          <w:sz w:val="36"/>
        </w:rPr>
        <w:t>RENTAL AGREEMENT</w:t>
      </w:r>
    </w:p>
    <w:p>
      <w:pPr>
        <w:spacing w:after="200"/>
        <w:jc w:val="center"/>
        <w:pBdr>
          <w:bottom w:val="single" w:sz="12" w:space="2" w:color="1D4ED8"/>
        </w:pBdr>
      </w:pPr>
      <w:r>
        <w:rPr>
          <w:b w:val="0"/>
          <w:i w:val="0"/>
          <w:color w:val="475569"/>
          <w:sz w:val="19"/>
        </w:rPr>
        <w:t>Residential tenancy  •  [City, Country]</w:t>
      </w:r>
    </w:p>
    <w:p>
      <w:pPr>
        <w:spacing w:after="100" w:line="288" w:lineRule="auto"/>
      </w:pPr>
      <w:r>
        <w:rPr>
          <w:b w:val="0"/>
          <w:i w:val="0"/>
        </w:rPr>
        <w:t>This Rental Agreement is made on [DD Month YYYY] at [City] between:</w:t>
      </w:r>
    </w:p>
    <w:p>
      <w:pPr>
        <w:spacing w:after="100" w:line="288" w:lineRule="auto"/>
      </w:pPr>
      <w:r>
        <w:rPr>
          <w:b w:val="0"/>
          <w:i w:val="0"/>
        </w:rPr>
        <w:t>[Landlord Full Name], holding [CNIC / ID / Passport No.], residing at [Landlord Address] (the "Landlord"); and</w:t>
      </w:r>
    </w:p>
    <w:p>
      <w:pPr>
        <w:spacing w:after="100" w:line="288" w:lineRule="auto"/>
      </w:pPr>
      <w:r>
        <w:rPr>
          <w:b w:val="0"/>
          <w:i w:val="0"/>
        </w:rPr>
        <w:t>[Tenant Full Name], holding [CNIC / ID / Passport No.], whose permanent address is [Tenant Address] (the "Tenant").</w:t>
      </w:r>
    </w:p>
    <w:p>
      <w:pPr>
        <w:spacing w:after="100" w:line="288" w:lineRule="auto"/>
      </w:pPr>
      <w:r>
        <w:rPr>
          <w:b w:val="0"/>
          <w:i w:val="0"/>
        </w:rPr>
        <w:t>The Landlord agrees to let, and the Tenant agrees to rent, the property below on the following terms.</w:t>
      </w:r>
    </w:p>
    <w:p>
      <w:pPr>
        <w:keepNext/>
        <w:spacing w:after="60" w:before="140"/>
      </w:pPr>
      <w:r>
        <w:rPr>
          <w:b/>
          <w:i w:val="0"/>
        </w:rPr>
        <w:t>1. Property</w:t>
      </w:r>
    </w:p>
    <w:p>
      <w:pPr>
        <w:spacing w:after="60" w:line="288" w:lineRule="auto"/>
        <w:ind w:left="340"/>
      </w:pPr>
      <w:r>
        <w:rPr>
          <w:b w:val="0"/>
          <w:i w:val="0"/>
        </w:rPr>
        <w:t>[House / Flat no.], [Street], [Area], [City] (the "Property"), consisting of [x bedrooms, x bathrooms, kitchen and parking], with the fixtures and fittings listed in clause 10.</w:t>
      </w:r>
    </w:p>
    <w:p>
      <w:pPr>
        <w:keepNext/>
        <w:spacing w:after="60" w:before="140"/>
      </w:pPr>
      <w:r>
        <w:rPr>
          <w:b/>
          <w:i w:val="0"/>
        </w:rPr>
        <w:t>2. Term</w:t>
      </w:r>
    </w:p>
    <w:p>
      <w:pPr>
        <w:spacing w:after="60" w:line="288" w:lineRule="auto"/>
        <w:ind w:left="340"/>
      </w:pPr>
      <w:r>
        <w:rPr>
          <w:b w:val="0"/>
          <w:i w:val="0"/>
        </w:rPr>
        <w:t>The tenancy starts on [Start Date] and runs for [11 months / 1 year], ending on [End Date]. It may be renewed by written agreement of both parties.</w:t>
      </w:r>
    </w:p>
    <w:p>
      <w:pPr>
        <w:keepNext/>
        <w:spacing w:after="60" w:before="140"/>
      </w:pPr>
      <w:r>
        <w:rPr>
          <w:b/>
          <w:i w:val="0"/>
        </w:rPr>
        <w:t>3. Rent</w:t>
      </w:r>
    </w:p>
    <w:p>
      <w:pPr>
        <w:spacing w:after="60" w:line="288" w:lineRule="auto"/>
        <w:ind w:left="340"/>
      </w:pPr>
      <w:r>
        <w:rPr>
          <w:b w:val="0"/>
          <w:i w:val="0"/>
        </w:rPr>
        <w:t>Monthly rent is [amount and currency], payable in advance by the [5th] day of each month by [bank transfer / cash against a signed receipt / cheque].</w:t>
      </w:r>
    </w:p>
    <w:p>
      <w:pPr>
        <w:spacing w:after="60" w:line="288" w:lineRule="auto"/>
        <w:ind w:left="340"/>
      </w:pPr>
      <w:r>
        <w:rPr>
          <w:b w:val="0"/>
          <w:i w:val="0"/>
        </w:rPr>
        <w:t>On renewal the rent will increase by [10]%, unless the parties agree otherwise in writing.</w:t>
      </w:r>
    </w:p>
    <w:p>
      <w:pPr>
        <w:keepNext/>
        <w:spacing w:after="60" w:before="140"/>
      </w:pPr>
      <w:r>
        <w:rPr>
          <w:b/>
          <w:i w:val="0"/>
        </w:rPr>
        <w:t>4. Security deposit</w:t>
      </w:r>
    </w:p>
    <w:p>
      <w:pPr>
        <w:spacing w:after="60" w:line="288" w:lineRule="auto"/>
        <w:ind w:left="340"/>
      </w:pPr>
      <w:r>
        <w:rPr>
          <w:b w:val="0"/>
          <w:i w:val="0"/>
        </w:rPr>
        <w:t>The Tenant has paid a refundable security deposit of [amount], equal to [x] months' rent. The Landlord will return it within [30] days of the Tenant moving out, less any unpaid rent, unpaid bills and the cost of repairing damage beyond normal wear and tear.</w:t>
      </w:r>
    </w:p>
    <w:p>
      <w:pPr>
        <w:keepNext/>
        <w:spacing w:after="60" w:before="140"/>
      </w:pPr>
      <w:r>
        <w:rPr>
          <w:b/>
          <w:i w:val="0"/>
        </w:rPr>
        <w:t>5. Utilities and charges</w:t>
      </w:r>
    </w:p>
    <w:p>
      <w:pPr>
        <w:spacing w:after="60" w:line="288" w:lineRule="auto"/>
        <w:ind w:left="340"/>
      </w:pPr>
      <w:r>
        <w:rPr>
          <w:b w:val="0"/>
          <w:i w:val="0"/>
        </w:rPr>
        <w:t>The Tenant will pay electricity, gas, water, internet and [maintenance charges] for the tenancy period. [Property tax / building charges] will be paid by the Landlord.</w:t>
      </w:r>
    </w:p>
    <w:p>
      <w:pPr>
        <w:keepNext/>
        <w:spacing w:after="60" w:before="140"/>
      </w:pPr>
      <w:r>
        <w:rPr>
          <w:b/>
          <w:i w:val="0"/>
        </w:rPr>
        <w:t>6. Use of the property</w:t>
      </w:r>
    </w:p>
    <w:p>
      <w:pPr>
        <w:spacing w:after="60" w:line="288" w:lineRule="auto"/>
        <w:ind w:left="340"/>
      </w:pPr>
      <w:r>
        <w:rPr>
          <w:b w:val="0"/>
          <w:i w:val="0"/>
        </w:rPr>
        <w:t>The Property will be used only as a private residence for the Tenant [and family]. The Tenant will not sublet it, make structural changes or use it for any unlawful purpose without the Landlord's written consent.</w:t>
      </w:r>
    </w:p>
    <w:p>
      <w:pPr>
        <w:keepNext/>
        <w:spacing w:after="60" w:before="140"/>
      </w:pPr>
      <w:r>
        <w:rPr>
          <w:b/>
          <w:i w:val="0"/>
        </w:rPr>
        <w:t>7. Maintenance and repairs</w:t>
      </w:r>
    </w:p>
    <w:p>
      <w:pPr>
        <w:spacing w:after="60" w:line="288" w:lineRule="auto"/>
        <w:ind w:left="340"/>
      </w:pPr>
      <w:r>
        <w:rPr>
          <w:b w:val="0"/>
          <w:i w:val="0"/>
        </w:rPr>
        <w:t>The Tenant will keep the Property clean and in good condition and pay for minor repairs under [amount]. Major repairs (structure, roof, main plumbing and wiring) are the Landlord's responsibility.</w:t>
      </w:r>
    </w:p>
    <w:p>
      <w:pPr>
        <w:keepNext/>
        <w:spacing w:after="60" w:before="140"/>
      </w:pPr>
      <w:r>
        <w:rPr>
          <w:b/>
          <w:i w:val="0"/>
        </w:rPr>
        <w:t>8. Inspection</w:t>
      </w:r>
    </w:p>
    <w:p>
      <w:pPr>
        <w:spacing w:after="60" w:line="288" w:lineRule="auto"/>
        <w:ind w:left="340"/>
      </w:pPr>
      <w:r>
        <w:rPr>
          <w:b w:val="0"/>
          <w:i w:val="0"/>
        </w:rPr>
        <w:t>The Landlord may inspect the Property at a reasonable time after giving the Tenant [24 hours'] notice.</w:t>
      </w:r>
    </w:p>
    <w:p>
      <w:pPr>
        <w:keepNext/>
        <w:spacing w:after="60" w:before="140"/>
      </w:pPr>
      <w:r>
        <w:rPr>
          <w:b/>
          <w:i w:val="0"/>
        </w:rPr>
        <w:t>9. Notice and ending the tenancy</w:t>
      </w:r>
    </w:p>
    <w:p>
      <w:pPr>
        <w:spacing w:after="60" w:line="288" w:lineRule="auto"/>
        <w:ind w:left="340"/>
      </w:pPr>
      <w:r>
        <w:rPr>
          <w:b w:val="0"/>
          <w:i w:val="0"/>
        </w:rPr>
        <w:t>Either party may end this agreement by giving [one month's] written notice. If the Tenant does not pay rent for [two] months or breaks these terms, the Landlord may end the agreement in line with local law.</w:t>
      </w:r>
    </w:p>
    <w:p>
      <w:pPr>
        <w:spacing w:after="60" w:line="288" w:lineRule="auto"/>
        <w:ind w:left="340"/>
      </w:pPr>
      <w:r>
        <w:rPr>
          <w:b w:val="0"/>
          <w:i w:val="0"/>
        </w:rPr>
        <w:t>When the tenancy ends, the Tenant will hand back the Property and all keys in the condition received, apart from normal wear and tear.</w:t>
      </w:r>
    </w:p>
    <w:p>
      <w:pPr>
        <w:keepNext/>
        <w:spacing w:after="60" w:before="140"/>
      </w:pPr>
      <w:r>
        <w:rPr>
          <w:b/>
          <w:i w:val="0"/>
        </w:rPr>
        <w:t>10. Fixtures and fittings</w:t>
      </w:r>
    </w:p>
    <w:p>
      <w:pPr>
        <w:spacing w:after="60" w:line="288" w:lineRule="auto"/>
        <w:ind w:left="340"/>
      </w:pPr>
      <w:r>
        <w:rPr>
          <w:b w:val="0"/>
          <w:i w:val="0"/>
        </w:rPr>
        <w:t>[List what comes with the Property, e.g. 3 ceiling fans, 2 air conditioners, kitchen cabinets, water heater, curtains, 4 sets of keys].</w:t>
      </w:r>
    </w:p>
    <w:p>
      <w:pPr>
        <w:keepNext/>
        <w:spacing w:after="60" w:before="140"/>
      </w:pPr>
      <w:r>
        <w:rPr>
          <w:b/>
          <w:i w:val="0"/>
        </w:rPr>
        <w:t>11. Governing law</w:t>
      </w:r>
    </w:p>
    <w:p>
      <w:pPr>
        <w:spacing w:after="60" w:line="288" w:lineRule="auto"/>
        <w:ind w:left="340"/>
      </w:pPr>
      <w:r>
        <w:rPr>
          <w:b w:val="0"/>
          <w:i w:val="0"/>
        </w:rPr>
        <w:t>This agreement is governed by the laws of [Country / State]. Any dispute will first be settled by discussion and, failing that, by the courts of [City].</w:t>
      </w:r>
    </w:p>
    <w:p>
      <w:pPr>
        <w:keepNext/>
        <w:spacing w:before="240"/>
      </w:pPr>
      <w:r>
        <w:rPr>
          <w:b w:val="0"/>
          <w:i w:val="0"/>
        </w:rPr>
        <w:t>IN WITNESS WHEREOF, the parties have signed this agreement on the date first written above.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</w:tcPr>
          <w:p>
            <w:pPr>
              <w:spacing w:before="480"/>
            </w:pPr>
            <w:r/>
            <w:r>
              <w:rPr>
                <w:b/>
                <w:color w:val="1D4ED8"/>
                <w:sz w:val="18"/>
              </w:rPr>
              <w:t>LANDLORD</w:t>
            </w:r>
          </w:p>
          <w:p>
            <w:pPr>
              <w:spacing w:before="440"/>
            </w:pPr>
            <w:r>
              <w:t>Signature: ____________________</w:t>
            </w:r>
          </w:p>
          <w:p>
            <w:r>
              <w:t>Name: [Landlord Full Name]</w:t>
            </w:r>
          </w:p>
          <w:p>
            <w:r>
              <w:t>Date: ____________</w:t>
            </w:r>
          </w:p>
        </w:tc>
        <w:tc>
          <w:tcPr>
            <w:tcW w:type="dxa" w:w="4706"/>
          </w:tcPr>
          <w:p>
            <w:pPr>
              <w:spacing w:before="480"/>
            </w:pPr>
            <w:r/>
            <w:r>
              <w:rPr>
                <w:b/>
                <w:color w:val="1D4ED8"/>
                <w:sz w:val="18"/>
              </w:rPr>
              <w:t>TENANT</w:t>
            </w:r>
          </w:p>
          <w:p>
            <w:pPr>
              <w:spacing w:before="440"/>
            </w:pPr>
            <w:r>
              <w:t>Signature: ____________________</w:t>
            </w:r>
          </w:p>
          <w:p>
            <w:r>
              <w:t>Name: [Tenant Full Name]</w:t>
            </w:r>
          </w:p>
          <w:p>
            <w:r>
              <w:t>Date: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</w:tcPr>
          <w:p>
            <w:pPr>
              <w:spacing w:before="320"/>
            </w:pPr>
            <w:r/>
            <w:r>
              <w:rPr>
                <w:b/>
                <w:color w:val="1D4ED8"/>
                <w:sz w:val="18"/>
              </w:rPr>
              <w:t>WITNESS 1</w:t>
            </w:r>
          </w:p>
          <w:p>
            <w:pPr>
              <w:spacing w:before="440"/>
            </w:pPr>
            <w:r>
              <w:t>Signature: ____________________</w:t>
            </w:r>
          </w:p>
          <w:p>
            <w:r>
              <w:t>Name: ______________________</w:t>
            </w:r>
          </w:p>
          <w:p>
            <w:r>
              <w:t>ID no.: ______________________</w:t>
            </w:r>
          </w:p>
        </w:tc>
        <w:tc>
          <w:tcPr>
            <w:tcW w:type="dxa" w:w="4706"/>
          </w:tcPr>
          <w:p>
            <w:pPr>
              <w:spacing w:before="320"/>
            </w:pPr>
            <w:r/>
            <w:r>
              <w:rPr>
                <w:b/>
                <w:color w:val="1D4ED8"/>
                <w:sz w:val="18"/>
              </w:rPr>
              <w:t>WITNESS 2</w:t>
            </w:r>
          </w:p>
          <w:p>
            <w:pPr>
              <w:spacing w:before="440"/>
            </w:pPr>
            <w:r>
              <w:t>Signature: ____________________</w:t>
            </w:r>
          </w:p>
          <w:p>
            <w:r>
              <w:t>Name: ______________________</w:t>
            </w:r>
          </w:p>
          <w:p>
            <w:r>
              <w:t>ID no.: ______________________</w:t>
            </w:r>
          </w:p>
        </w:tc>
      </w:tr>
    </w:tbl>
    <w:p>
      <w:pPr>
        <w:spacing w:before="360"/>
      </w:pPr>
      <w:r>
        <w:rPr>
          <w:b w:val="0"/>
          <w:i/>
          <w:color w:val="475569"/>
          <w:sz w:val="17"/>
        </w:rPr>
        <w:t>This template is a general starting point, not legal advice. Laws differ by country and state; have the final agreement checked by a lawyer before signing.</w:t>
      </w:r>
    </w:p>
    <w:sectPr w:rsidR="00FC693F" w:rsidRPr="0006063C" w:rsidSect="00034616">
      <w:pgSz w:w="11906" w:h="16838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Agreement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