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6"/>
              </w:rPr>
              <w:t>RENT RECEIPT</w:t>
            </w:r>
          </w:p>
          <w:p>
            <w:r>
              <w:rPr>
                <w:color w:val="475569"/>
              </w:rPr>
              <w:t>LANDLORD COPY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 w:val="0"/>
              </w:rPr>
            </w:r>
            <w:r>
              <w:rPr>
                <w:color w:val="475569"/>
              </w:rPr>
              <w:t xml:space="preserve">Receipt no. </w:t>
            </w:r>
            <w:r>
              <w:rPr>
                <w:b/>
              </w:rPr>
              <w:t>RR-0001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</w:tc>
      </w:tr>
    </w:tbl>
    <w:p>
      <w:pPr>
        <w:spacing w:after="120" w:before="160" w:line="300" w:lineRule="auto"/>
      </w:pPr>
      <w:r>
        <w:rPr>
          <w:b w:val="0"/>
          <w:i w:val="0"/>
        </w:rPr>
        <w:t>Received with thanks from [Tenant Full Name] the sum of [currency and amount] ([amount in words]) as rent for the property at [Property address, City] for the period [1 Month YYYY] to [30 Month YYYY].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7370"/>
        <w:gridCol w:w="2268"/>
      </w:tblGrid>
      <w:tr>
        <w:tc>
          <w:tcPr>
            <w:tcW w:type="dxa" w:w="7370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268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Rent for the period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Maintenance / service charges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Utilities, if included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  <w:shd w:val="clear" w:color="auto" w:fill="DBEAFE"/>
          </w:tcPr>
          <w:p>
            <w:r/>
            <w:r>
              <w:rPr>
                <w:b/>
                <w:sz w:val="20"/>
              </w:rPr>
              <w:t>Total received</w:t>
            </w:r>
          </w:p>
        </w:tc>
        <w:tc>
          <w:tcPr>
            <w:tcW w:type="dxa" w:w="2268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20"/>
              </w:rPr>
              <w:t>[amount]</w:t>
            </w:r>
          </w:p>
        </w:tc>
      </w:tr>
    </w:tbl>
    <w:p>
      <w:pPr>
        <w:spacing w:before="120"/>
      </w:pPr>
      <w:r>
        <w:rPr>
          <w:b w:val="0"/>
          <w:i w:val="0"/>
        </w:rPr>
        <w:t>Payment method: [Cash / Bank transfer / Cheque no. 000000]      Balance due: [amount, or Nil]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before="80"/>
            </w:pPr>
            <w:r/>
            <w:r>
              <w:rPr>
                <w:b/>
                <w:color w:val="1D4ED8"/>
                <w:sz w:val="18"/>
              </w:rPr>
              <w:t>LANDLORD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[Landlord Full Name]  •  [Phone]</w:t>
            </w:r>
          </w:p>
          <w:p>
            <w:r>
              <w:t>[Revenue stamp, if required]</w:t>
            </w:r>
          </w:p>
        </w:tc>
      </w:tr>
    </w:tbl>
    <w:p>
      <w:pPr>
        <w:spacing w:after="280" w:before="280"/>
        <w:jc w:val="center"/>
      </w:pPr>
      <w:r>
        <w:rPr>
          <w:b w:val="0"/>
          <w:i w:val="0"/>
          <w:color w:val="475569"/>
          <w:sz w:val="17"/>
        </w:rPr>
        <w:t>- - - - - - - - - - - - - - - - - - - - -  cut here  - - - - - - - - - - - - - - - - - - - - -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6"/>
              </w:rPr>
              <w:t>RENT RECEIPT</w:t>
            </w:r>
          </w:p>
          <w:p>
            <w:r>
              <w:rPr>
                <w:color w:val="475569"/>
              </w:rPr>
              <w:t>TENANT COPY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 w:val="0"/>
              </w:rPr>
            </w:r>
            <w:r>
              <w:rPr>
                <w:color w:val="475569"/>
              </w:rPr>
              <w:t xml:space="preserve">Receipt no. </w:t>
            </w:r>
            <w:r>
              <w:rPr>
                <w:b/>
              </w:rPr>
              <w:t>RR-0001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</w:tc>
      </w:tr>
    </w:tbl>
    <w:p>
      <w:pPr>
        <w:spacing w:after="120" w:before="160" w:line="300" w:lineRule="auto"/>
      </w:pPr>
      <w:r>
        <w:rPr>
          <w:b w:val="0"/>
          <w:i w:val="0"/>
        </w:rPr>
        <w:t>Received with thanks from [Tenant Full Name] the sum of [currency and amount] ([amount in words]) as rent for the property at [Property address, City] for the period [1 Month YYYY] to [30 Month YYYY].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7370"/>
        <w:gridCol w:w="2268"/>
      </w:tblGrid>
      <w:tr>
        <w:tc>
          <w:tcPr>
            <w:tcW w:type="dxa" w:w="7370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268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Rent for the period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Maintenance / service charges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Utilities, if included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[amount]</w:t>
            </w:r>
          </w:p>
        </w:tc>
      </w:tr>
      <w:tr>
        <w:tc>
          <w:tcPr>
            <w:tcW w:type="dxa" w:w="7370"/>
            <w:shd w:val="clear" w:color="auto" w:fill="DBEAFE"/>
          </w:tcPr>
          <w:p>
            <w:r/>
            <w:r>
              <w:rPr>
                <w:b/>
                <w:sz w:val="20"/>
              </w:rPr>
              <w:t>Total received</w:t>
            </w:r>
          </w:p>
        </w:tc>
        <w:tc>
          <w:tcPr>
            <w:tcW w:type="dxa" w:w="2268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20"/>
              </w:rPr>
              <w:t>[amount]</w:t>
            </w:r>
          </w:p>
        </w:tc>
      </w:tr>
    </w:tbl>
    <w:p>
      <w:pPr>
        <w:spacing w:before="120"/>
      </w:pPr>
      <w:r>
        <w:rPr>
          <w:b w:val="0"/>
          <w:i w:val="0"/>
        </w:rPr>
        <w:t>Payment method: [Cash / Bank transfer / Cheque no. 000000]      Balance due: [amount, or Nil]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before="80"/>
            </w:pPr>
            <w:r/>
            <w:r>
              <w:rPr>
                <w:b/>
                <w:color w:val="1D4ED8"/>
                <w:sz w:val="18"/>
              </w:rPr>
              <w:t>LANDLORD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[Landlord Full Name]  •  [Phone]</w:t>
            </w:r>
          </w:p>
          <w:p>
            <w:r>
              <w:t>[Revenue stamp, if required]</w:t>
            </w:r>
          </w:p>
        </w:tc>
      </w:tr>
    </w:tbl>
    <w:sectPr w:rsidR="00FC693F" w:rsidRPr="0006063C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