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[HR/REL/2026/001]</w:t>
      </w:r>
    </w:p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[Employee Name]</w:t>
      </w:r>
    </w:p>
    <w:p>
      <w:r>
        <w:rPr>
          <w:b w:val="0"/>
          <w:i w:val="0"/>
        </w:rPr>
        <w:t>[Employee ID: EMP-000]</w:t>
      </w:r>
    </w:p>
    <w:p>
      <w:r>
        <w:rPr>
          <w:b w:val="0"/>
          <w:i w:val="0"/>
        </w:rPr>
        <w:t>[Address, City]</w:t>
      </w:r>
    </w:p>
    <w:p>
      <w:pPr>
        <w:spacing w:after="200" w:before="280"/>
      </w:pPr>
      <w:r>
        <w:rPr>
          <w:b/>
          <w:i w:val="0"/>
        </w:rPr>
        <w:t>Subject: Relieving Letter</w:t>
      </w:r>
    </w:p>
    <w:p>
      <w:pPr>
        <w:spacing w:after="160" w:line="300" w:lineRule="auto"/>
      </w:pPr>
      <w:r>
        <w:rPr>
          <w:b w:val="0"/>
          <w:i w:val="0"/>
        </w:rPr>
        <w:t>Dear [Employee Name],</w:t>
      </w:r>
    </w:p>
    <w:p>
      <w:pPr>
        <w:spacing w:after="160" w:line="300" w:lineRule="auto"/>
      </w:pPr>
      <w:r>
        <w:rPr>
          <w:b w:val="0"/>
          <w:i w:val="0"/>
        </w:rPr>
        <w:t>This is with reference to your resignation letter dated [Resignation Date]. We accept your resignation, and you are relieved of your duties as [Designation] in the [Department] department with effect from the close of working hours on [Last Working Date].</w:t>
      </w:r>
    </w:p>
    <w:p>
      <w:pPr>
        <w:spacing w:after="160" w:line="300" w:lineRule="auto"/>
      </w:pPr>
      <w:r>
        <w:rPr>
          <w:b w:val="0"/>
          <w:i w:val="0"/>
        </w:rPr>
        <w:t>We confirm that you have handed over all company property and documents, and your full and final settlement [has been completed / will be paid on Date]. You have no dues outstanding with the company.</w:t>
      </w:r>
    </w:p>
    <w:p>
      <w:pPr>
        <w:spacing w:after="160" w:line="300" w:lineRule="auto"/>
      </w:pPr>
      <w:r>
        <w:rPr>
          <w:b w:val="0"/>
          <w:i w:val="0"/>
        </w:rPr>
        <w:t>Your service with [Company Name] was from [Joining Date] to [Last Working Date]. We appreciate your contribution during this period and wish you success in your future endeavours.</w:t>
      </w:r>
    </w:p>
    <w:p>
      <w:pPr>
        <w:spacing w:after="160" w:line="300" w:lineRule="auto"/>
      </w:pPr>
      <w:r>
        <w:rPr>
          <w:b w:val="0"/>
          <w:i w:val="0"/>
        </w:rPr>
        <w:t>Yours 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[Authorised Signatory Name]</w:t>
      </w:r>
    </w:p>
    <w:p>
      <w:r>
        <w:rPr>
          <w:b w:val="0"/>
          <w:i w:val="0"/>
        </w:rPr>
        <w:t>[Designation, e.g. HR Manager]</w:t>
      </w:r>
    </w:p>
    <w:p>
      <w:r>
        <w:rPr>
          <w:b w:val="0"/>
          <w:i w:val="0"/>
        </w:rPr>
        <w:t>[Company Name]  •  Company stamp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Relieving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