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D4ED8"/>
          <w:sz w:val="36"/>
        </w:rPr>
        <w:t>[COMPANY NAME]</w:t>
      </w:r>
    </w:p>
    <w:p>
      <w:pPr>
        <w:spacing w:after="280"/>
        <w:pBdr>
          <w:bottom w:val="single" w:sz="12" w:space="2" w:color="1D4ED8"/>
        </w:pBdr>
      </w:pPr>
      <w:r>
        <w:rPr>
          <w:b w:val="0"/>
          <w:i w:val="0"/>
          <w:color w:val="475569"/>
          <w:sz w:val="18"/>
        </w:rPr>
        <w:t>[Street address, City, Country]  •  [Phone]  •  [email@company.com]  •  [www.company.com]</w:t>
      </w:r>
    </w:p>
    <w:p>
      <w:r>
        <w:rPr>
          <w:b w:val="0"/>
          <w:i w:val="0"/>
        </w:rPr>
        <w:t>Date: [DD Month YYYY]</w:t>
      </w:r>
    </w:p>
    <w:p>
      <w:pPr>
        <w:spacing w:after="200" w:before="280"/>
      </w:pPr>
      <w:r>
        <w:rPr>
          <w:b/>
          <w:i w:val="0"/>
        </w:rPr>
        <w:t>Subject: Letter of Recommendation for [Candidate Full Name]</w:t>
      </w:r>
    </w:p>
    <w:p>
      <w:pPr>
        <w:spacing w:after="160" w:line="300" w:lineRule="auto"/>
      </w:pPr>
      <w:r>
        <w:rPr>
          <w:b w:val="0"/>
          <w:i w:val="0"/>
        </w:rPr>
        <w:t>Dear [Admissions Committee / Hiring Manager / Name],</w:t>
      </w:r>
    </w:p>
    <w:p>
      <w:pPr>
        <w:spacing w:after="160" w:line="300" w:lineRule="auto"/>
      </w:pPr>
      <w:r>
        <w:rPr>
          <w:b w:val="0"/>
          <w:i w:val="0"/>
        </w:rPr>
        <w:t>I am pleased to recommend [Candidate Full Name] for [the Program Name at University Name / the role of Job Title at Company Name]. I have known [him/her/them] for [x years] as [his/her/their] [manager / teacher / supervisor] at [Organisation Name], where [he/she/they] worked as [role] / studied [subject].</w:t>
      </w:r>
    </w:p>
    <w:p>
      <w:pPr>
        <w:spacing w:after="160" w:line="300" w:lineRule="auto"/>
      </w:pPr>
      <w:r>
        <w:rPr>
          <w:b w:val="0"/>
          <w:i w:val="0"/>
        </w:rPr>
        <w:t>[Candidate First Name] stands out for [first strength]. For example, [a specific situation and result, with a number if possible]. [He/She/They] also [second strength, with a short example].</w:t>
      </w:r>
    </w:p>
    <w:p>
      <w:pPr>
        <w:spacing w:after="160" w:line="300" w:lineRule="auto"/>
      </w:pPr>
      <w:r>
        <w:rPr>
          <w:b w:val="0"/>
          <w:i w:val="0"/>
        </w:rPr>
        <w:t>Among the [number] [employees / students] I have [managed / taught], I would place [him/her/them] in the top [x]%. [He/She/They] [one personal quality, e.g. handles feedback well and helps others succeed].</w:t>
      </w:r>
    </w:p>
    <w:p>
      <w:pPr>
        <w:spacing w:after="160" w:line="300" w:lineRule="auto"/>
      </w:pPr>
      <w:r>
        <w:rPr>
          <w:b w:val="0"/>
          <w:i w:val="0"/>
        </w:rPr>
        <w:t>I recommend [Candidate First Name] without reservation. Please contact me at [phone] or [email] if you would like more information.</w:t>
      </w:r>
    </w:p>
    <w:p>
      <w:pPr>
        <w:spacing w:after="160" w:line="300" w:lineRule="auto"/>
      </w:pPr>
      <w:r>
        <w:rPr>
          <w:b w:val="0"/>
          <w:i w:val="0"/>
        </w:rPr>
        <w:t>Sincerely,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[Your Full Name]</w:t>
      </w:r>
    </w:p>
    <w:p>
      <w:r>
        <w:rPr>
          <w:b w:val="0"/>
          <w:i w:val="0"/>
        </w:rPr>
        <w:t>[Your Designation]</w:t>
      </w:r>
    </w:p>
    <w:p>
      <w:r>
        <w:rPr>
          <w:b w:val="0"/>
          <w:i w:val="0"/>
        </w:rPr>
        <w:t>[Organisation Name]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Recommendation Letter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