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2"/>
              </w:rPr>
              <w:t>[YOUR BUSINESS NAME]</w:t>
            </w:r>
          </w:p>
          <w:p>
            <w:r>
              <w:rPr>
                <w:color w:val="475569"/>
              </w:rPr>
              <w:t>[Street address, City]</w:t>
            </w:r>
          </w:p>
          <w:p>
            <w:r>
              <w:rPr>
                <w:color w:val="475569"/>
              </w:rPr>
              <w:t>[Phone]  •  [email@business.com]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/>
                <w:color w:val="0F172A"/>
                <w:sz w:val="48"/>
              </w:rPr>
              <w:t>QUOTATION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Quote no. </w:t>
            </w:r>
            <w:r>
              <w:rPr>
                <w:b/>
              </w:rPr>
              <w:t>QT-0001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Valid until: </w:t>
            </w:r>
            <w:r>
              <w:rPr>
                <w:b/>
              </w:rPr>
              <w:t>[DD/MM/YYYY]</w:t>
            </w:r>
          </w:p>
        </w:tc>
      </w:tr>
    </w:tbl>
    <w:p>
      <w:pPr>
        <w:spacing w:before="200"/>
      </w:pPr>
    </w:p>
    <w:p>
      <w:r>
        <w:rPr>
          <w:b/>
          <w:i w:val="0"/>
          <w:color w:val="1D4ED8"/>
          <w:sz w:val="18"/>
        </w:rPr>
        <w:t>PREPARED FOR</w:t>
      </w:r>
    </w:p>
    <w:p>
      <w:r>
        <w:rPr>
          <w:b w:val="0"/>
          <w:i w:val="0"/>
        </w:rPr>
        <w:t>[Client name]</w:t>
      </w:r>
    </w:p>
    <w:p>
      <w:r>
        <w:rPr>
          <w:b w:val="0"/>
          <w:i w:val="0"/>
        </w:rPr>
        <w:t>[Company]</w:t>
      </w:r>
    </w:p>
    <w:p>
      <w:r>
        <w:rPr>
          <w:b w:val="0"/>
          <w:i w:val="0"/>
        </w:rPr>
        <w:t>[Address, City]</w:t>
      </w:r>
    </w:p>
    <w:p>
      <w:r>
        <w:rPr>
          <w:b w:val="0"/>
          <w:i w:val="0"/>
        </w:rPr>
        <w:t>[client@email.com]</w:t>
      </w:r>
    </w:p>
    <w:p>
      <w:pPr>
        <w:spacing w:before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1134"/>
        <w:gridCol w:w="1559"/>
        <w:gridCol w:w="1559"/>
      </w:tblGrid>
      <w:tr>
        <w:tc>
          <w:tcPr>
            <w:tcW w:type="dxa" w:w="5386"/>
            <w:shd w:val="clear" w:color="auto" w:fill="1D4ED8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134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Rate (USD)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Amount (USD)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[Item or service]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15.00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150.00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[Item or service]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2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80.00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160.00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[Installation / delivery]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30.00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30.00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340.00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(0%)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0.00</w:t>
            </w:r>
          </w:p>
        </w:tc>
      </w:tr>
      <w:tr>
        <w:tc>
          <w:tcPr>
            <w:tcW w:type="dxa" w:w="1559"/>
            <w:gridSpan w:val="3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559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USD 340.00</w:t>
            </w:r>
          </w:p>
        </w:tc>
      </w:tr>
    </w:tbl>
    <w:p>
      <w:pPr>
        <w:spacing w:before="240"/>
      </w:pPr>
    </w:p>
    <w:p>
      <w:r>
        <w:rPr>
          <w:b/>
          <w:i w:val="0"/>
          <w:color w:val="1D4ED8"/>
          <w:sz w:val="18"/>
        </w:rPr>
        <w:t>TERMS</w:t>
      </w:r>
    </w:p>
    <w:p>
      <w:r>
        <w:rPr>
          <w:b w:val="0"/>
          <w:i w:val="0"/>
        </w:rPr>
        <w:t>This quotation is valid for 30 days from the date above.</w:t>
      </w:r>
    </w:p>
    <w:p>
      <w:r>
        <w:rPr>
          <w:b w:val="0"/>
          <w:i w:val="0"/>
        </w:rPr>
        <w:t>Delivery: [x] working days after the order is confirmed.</w:t>
      </w:r>
    </w:p>
    <w:p>
      <w:r>
        <w:rPr>
          <w:b w:val="0"/>
          <w:i w:val="0"/>
        </w:rPr>
        <w:t>Payment: [50%] advance, balance on delivery.</w:t>
      </w:r>
    </w:p>
    <w:p>
      <w:pPr>
        <w:spacing w:before="280"/>
      </w:pPr>
    </w:p>
    <w:p>
      <w:r>
        <w:rPr>
          <w:b w:val="0"/>
          <w:i w:val="0"/>
        </w:rPr>
        <w:t>Accepted by (client): ____________________    Date: ____________</w:t>
      </w:r>
    </w:p>
    <w:p>
      <w:pPr>
        <w:spacing w:before="240"/>
      </w:pPr>
    </w:p>
    <w:p>
      <w:r>
        <w:rPr>
          <w:b/>
          <w:i w:val="0"/>
          <w:color w:val="1D4ED8"/>
          <w:sz w:val="18"/>
        </w:rPr>
        <w:t>NOTES</w:t>
      </w:r>
    </w:p>
    <w:p>
      <w:r>
        <w:rPr>
          <w:b w:val="0"/>
          <w:i w:val="0"/>
        </w:rPr>
        <w:t>Prices exclude any taxes not listed above.</w:t>
      </w:r>
    </w:p>
    <w:p>
      <w:pPr>
        <w:spacing w:before="280"/>
      </w:pPr>
      <w:r>
        <w:rPr>
          <w:b/>
          <w:i w:val="0"/>
          <w:color w:val="1D4ED8"/>
        </w:rPr>
        <w:t>Thank you for your business!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