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PURCHASE ORDER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PO no. </w:t>
            </w:r>
            <w:r>
              <w:rPr>
                <w:b/>
              </w:rPr>
              <w:t>PO-0001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Requested by: </w:t>
            </w:r>
            <w:r>
              <w:rPr>
                <w:b/>
              </w:rPr>
              <w:t>[Name, Department]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VENDOR</w:t>
      </w:r>
    </w:p>
    <w:p>
      <w:r>
        <w:rPr>
          <w:b w:val="0"/>
          <w:i w:val="0"/>
        </w:rPr>
        <w:t>[Vendor name]</w:t>
      </w:r>
    </w:p>
    <w:p>
      <w:r>
        <w:rPr>
          <w:b w:val="0"/>
          <w:i w:val="0"/>
        </w:rPr>
        <w:t>[Vendor company]</w:t>
      </w:r>
    </w:p>
    <w:p>
      <w:r>
        <w:rPr>
          <w:b w:val="0"/>
          <w:i w:val="0"/>
        </w:rPr>
        <w:t>[Address, City]</w:t>
      </w:r>
    </w:p>
    <w:p>
      <w:r>
        <w:rPr>
          <w:b w:val="0"/>
          <w:i w:val="0"/>
        </w:rPr>
        <w:t>[vendor@email.com]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[Item, brand, model / size]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12.50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125.00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[Item, brand, model / size]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4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45.00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180.00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[Item or service]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90.00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90.00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395.00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ORDER TOTAL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395.00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SHIP TO</w:t>
      </w:r>
    </w:p>
    <w:p>
      <w:r>
        <w:rPr>
          <w:b w:val="0"/>
          <w:i w:val="0"/>
        </w:rPr>
        <w:t>[Receiving contact name]</w:t>
      </w:r>
    </w:p>
    <w:p>
      <w:r>
        <w:rPr>
          <w:b w:val="0"/>
          <w:i w:val="0"/>
        </w:rPr>
        <w:t>[Delivery address, City]</w:t>
      </w:r>
    </w:p>
    <w:p>
      <w:r>
        <w:rPr>
          <w:b w:val="0"/>
          <w:i w:val="0"/>
        </w:rPr>
        <w:t>[Phone]</w:t>
      </w:r>
    </w:p>
    <w:p>
      <w:pPr>
        <w:spacing w:before="160"/>
      </w:pPr>
    </w:p>
    <w:p>
      <w:r>
        <w:rPr>
          <w:b/>
          <w:i w:val="0"/>
          <w:color w:val="1D4ED8"/>
          <w:sz w:val="18"/>
        </w:rPr>
        <w:t>TERMS</w:t>
      </w:r>
    </w:p>
    <w:p>
      <w:r>
        <w:rPr>
          <w:b w:val="0"/>
          <w:i w:val="0"/>
        </w:rPr>
        <w:t>Delivery date: [DD/MM/YYYY]  •  Delivery terms: [e.g. free delivery to the address above]</w:t>
      </w:r>
    </w:p>
    <w:p>
      <w:r>
        <w:rPr>
          <w:b w:val="0"/>
          <w:i w:val="0"/>
        </w:rPr>
        <w:t>Payment terms: [e.g. 30 days after delivery and receipt of invoice]</w:t>
      </w:r>
    </w:p>
    <w:p>
      <w:r>
        <w:rPr>
          <w:b w:val="0"/>
          <w:i w:val="0"/>
        </w:rPr>
        <w:t>Please quote the PO number on your invoice, delivery note and all correspondence.</w:t>
      </w:r>
    </w:p>
    <w:p>
      <w:r>
        <w:rPr>
          <w:b w:val="0"/>
          <w:i w:val="0"/>
        </w:rPr>
        <w:t>Goods not matching this order may be returned at the vendor's cost.</w:t>
      </w:r>
    </w:p>
    <w:p>
      <w:r>
        <w:rPr>
          <w:b w:val="0"/>
          <w:i w:val="0"/>
        </w:rPr>
        <w:t>Vendor to confirm the order, prices and delivery date in writing within 2 working days.</w:t>
      </w:r>
    </w:p>
    <w:p>
      <w:pPr>
        <w:spacing w:before="400"/>
      </w:pPr>
    </w:p>
    <w:p>
      <w:r>
        <w:rPr>
          <w:b w:val="0"/>
          <w:i w:val="0"/>
        </w:rPr>
        <w:t>Authorised by: ____________________    Name &amp; designation: ____________________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