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Ref: [HR/PRM/2026/001]</w:t>
      </w:r>
    </w:p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[Employee Name]</w:t>
      </w:r>
    </w:p>
    <w:p>
      <w:r>
        <w:rPr>
          <w:b w:val="0"/>
          <w:i w:val="0"/>
        </w:rPr>
        <w:t>[Current Designation], [Department]</w:t>
      </w:r>
    </w:p>
    <w:p>
      <w:r>
        <w:rPr>
          <w:b w:val="0"/>
          <w:i w:val="0"/>
        </w:rPr>
        <w:t>[Employee ID: EMP-000]</w:t>
      </w:r>
    </w:p>
    <w:p>
      <w:pPr>
        <w:spacing w:after="200" w:before="280"/>
      </w:pPr>
      <w:r>
        <w:rPr>
          <w:b/>
          <w:i w:val="0"/>
        </w:rPr>
        <w:t>Subject: Promotion to [New Designation]</w:t>
      </w:r>
    </w:p>
    <w:p>
      <w:pPr>
        <w:spacing w:after="160" w:line="300" w:lineRule="auto"/>
      </w:pPr>
      <w:r>
        <w:rPr>
          <w:b w:val="0"/>
          <w:i w:val="0"/>
        </w:rPr>
        <w:t>Dear [Employee Name],</w:t>
      </w:r>
    </w:p>
    <w:p>
      <w:pPr>
        <w:spacing w:after="160" w:line="300" w:lineRule="auto"/>
      </w:pPr>
      <w:r>
        <w:rPr>
          <w:b w:val="0"/>
          <w:i w:val="0"/>
        </w:rPr>
        <w:t>Congratulations! We are delighted to inform you that you have been promoted from [Current Designation] to [New Designation] in the [Department] department, with effect from [Effective Date].</w:t>
      </w:r>
    </w:p>
    <w:p>
      <w:pPr>
        <w:spacing w:after="160" w:line="300" w:lineRule="auto"/>
      </w:pPr>
      <w:r>
        <w:rPr>
          <w:b w:val="0"/>
          <w:i w:val="0"/>
        </w:rPr>
        <w:t>This promotion recognises [specific achievements, e.g. leading the launch of the new branch and growing your team's sales by 30%]. We are confident you will bring the same commitment to your new role.</w:t>
      </w:r>
    </w:p>
    <w:p>
      <w:pPr>
        <w:spacing w:after="160" w:line="300" w:lineRule="auto"/>
      </w:pPr>
      <w:r>
        <w:rPr>
          <w:b w:val="0"/>
          <w:i w:val="0"/>
        </w:rPr>
        <w:t>In your new position you will report to [Manager Name, Designation] and be responsible for [main new responsibilities]. Your gross monthly salary will increase to [amount and currency], and you will be entitled to [new benefits, if any].</w:t>
      </w:r>
    </w:p>
    <w:p>
      <w:pPr>
        <w:spacing w:after="160" w:line="300" w:lineRule="auto"/>
      </w:pPr>
      <w:r>
        <w:rPr>
          <w:b w:val="0"/>
          <w:i w:val="0"/>
        </w:rPr>
        <w:t>All other terms and conditions of your employment remain unchanged. Please sign and return a copy of this letter to HR to confirm your acceptance.</w:t>
      </w:r>
    </w:p>
    <w:p>
      <w:pPr>
        <w:spacing w:after="160" w:line="300" w:lineRule="auto"/>
      </w:pPr>
      <w:r>
        <w:rPr>
          <w:b w:val="0"/>
          <w:i w:val="0"/>
        </w:rPr>
        <w:t>Once again, congratulations, and best wishes for continued success.</w:t>
      </w:r>
    </w:p>
    <w:p>
      <w:pPr>
        <w:spacing w:after="160" w:line="300" w:lineRule="auto"/>
      </w:pPr>
      <w:r>
        <w:rPr>
          <w:b w:val="0"/>
          <w:i w:val="0"/>
        </w:rPr>
        <w:t>Yours sincerely,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[Name]</w:t>
      </w:r>
    </w:p>
    <w:p>
      <w:r>
        <w:rPr>
          <w:b w:val="0"/>
          <w:i w:val="0"/>
        </w:rPr>
        <w:t>[Designation, e.g. Head of HR]</w:t>
      </w:r>
    </w:p>
    <w:p>
      <w:r>
        <w:rPr>
          <w:b w:val="0"/>
          <w:i w:val="0"/>
        </w:rPr>
        <w:t>[Company Name]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