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color w:val="1D4ED8"/>
                <w:sz w:val="32"/>
              </w:rPr>
              <w:t>[YOUR BUSINESS NAME]</w:t>
            </w:r>
          </w:p>
          <w:p>
            <w:r>
              <w:rPr>
                <w:color w:val="475569"/>
              </w:rPr>
              <w:t>[Street address, City]</w:t>
            </w:r>
          </w:p>
          <w:p>
            <w:r>
              <w:rPr>
                <w:color w:val="475569"/>
              </w:rPr>
              <w:t>[Phone]  •  [email@business.com]</w:t>
            </w:r>
          </w:p>
        </w:tc>
        <w:tc>
          <w:tcPr>
            <w:tcW w:type="dxa" w:w="4819"/>
          </w:tcPr>
          <w:p>
            <w:pPr>
              <w:jc w:val="right"/>
            </w:pPr>
            <w:r/>
            <w:r>
              <w:rPr>
                <w:b/>
                <w:color w:val="0F172A"/>
                <w:sz w:val="48"/>
              </w:rPr>
              <w:t>RECEIPT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Receipt no. </w:t>
            </w:r>
            <w:r>
              <w:rPr>
                <w:b/>
              </w:rPr>
              <w:t>RCT-0001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Date: </w:t>
            </w:r>
            <w:r>
              <w:rPr>
                <w:b/>
              </w:rPr>
              <w:t>[DD/MM/YYYY]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Invoice ref.: </w:t>
            </w:r>
            <w:r>
              <w:rPr>
                <w:b/>
              </w:rPr>
              <w:t>[INV-0001]</w:t>
            </w:r>
          </w:p>
        </w:tc>
      </w:tr>
    </w:tbl>
    <w:p>
      <w:pPr>
        <w:spacing w:before="200"/>
      </w:pPr>
    </w:p>
    <w:p>
      <w:r>
        <w:rPr>
          <w:b/>
          <w:i w:val="0"/>
          <w:color w:val="1D4ED8"/>
          <w:sz w:val="18"/>
        </w:rPr>
        <w:t>RECEIVED FROM</w:t>
      </w:r>
    </w:p>
    <w:p>
      <w:r>
        <w:rPr>
          <w:b w:val="0"/>
          <w:i w:val="0"/>
        </w:rPr>
        <w:t>[Customer name]</w:t>
      </w:r>
    </w:p>
    <w:p>
      <w:r>
        <w:rPr>
          <w:b w:val="0"/>
          <w:i w:val="0"/>
        </w:rPr>
        <w:t>[Company, if any]</w:t>
      </w:r>
    </w:p>
    <w:p>
      <w:r>
        <w:rPr>
          <w:b w:val="0"/>
          <w:i w:val="0"/>
        </w:rPr>
        <w:t>[Address, City]</w:t>
      </w:r>
    </w:p>
    <w:p>
      <w:r>
        <w:rPr>
          <w:b w:val="0"/>
          <w:i w:val="0"/>
        </w:rPr>
        <w:t>[customer@email.com]</w:t>
      </w:r>
    </w:p>
    <w:p>
      <w:pPr>
        <w:spacing w:before="12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386"/>
        <w:gridCol w:w="1134"/>
        <w:gridCol w:w="1559"/>
        <w:gridCol w:w="1559"/>
      </w:tblGrid>
      <w:tr>
        <w:tc>
          <w:tcPr>
            <w:tcW w:type="dxa" w:w="5386"/>
            <w:shd w:val="clear" w:color="auto" w:fill="1D4ED8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134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1559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Rate (USD)</w:t>
            </w:r>
          </w:p>
        </w:tc>
        <w:tc>
          <w:tcPr>
            <w:tcW w:type="dxa" w:w="1559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Amount (USD)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[Product or service]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150.00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150.00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[Product or service]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2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25.00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50.00</w:t>
            </w:r>
          </w:p>
        </w:tc>
      </w:tr>
      <w:tr>
        <w:tc>
          <w:tcPr>
            <w:tcW w:type="dxa" w:w="1559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USD 200.00</w:t>
            </w:r>
          </w:p>
        </w:tc>
      </w:tr>
      <w:tr>
        <w:tc>
          <w:tcPr>
            <w:tcW w:type="dxa" w:w="1559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Tax (0%)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USD 0.00</w:t>
            </w:r>
          </w:p>
        </w:tc>
      </w:tr>
      <w:tr>
        <w:tc>
          <w:tcPr>
            <w:tcW w:type="dxa" w:w="1559"/>
            <w:gridSpan w:val="3"/>
            <w:shd w:val="clear" w:color="auto" w:fill="DBEAFE"/>
          </w:tcPr>
          <w:p>
            <w:pPr>
              <w:jc w:val="right"/>
            </w:pPr>
            <w:r/>
            <w:r>
              <w:rPr>
                <w:b/>
              </w:rPr>
              <w:t>TOTAL PAID</w:t>
            </w:r>
          </w:p>
        </w:tc>
        <w:tc>
          <w:tcPr>
            <w:tcW w:type="dxa" w:w="1559"/>
            <w:shd w:val="clear" w:color="auto" w:fill="DBEAFE"/>
          </w:tcPr>
          <w:p>
            <w:pPr>
              <w:jc w:val="right"/>
            </w:pPr>
            <w:r/>
            <w:r>
              <w:rPr>
                <w:b/>
              </w:rPr>
              <w:t>USD 200.00</w:t>
            </w:r>
          </w:p>
        </w:tc>
      </w:tr>
    </w:tbl>
    <w:p>
      <w:pPr>
        <w:spacing w:before="240"/>
      </w:pPr>
    </w:p>
    <w:p>
      <w:r>
        <w:rPr>
          <w:b/>
          <w:i w:val="0"/>
          <w:color w:val="1D4ED8"/>
          <w:sz w:val="18"/>
        </w:rPr>
        <w:t>PAYMENT RECEIVED</w:t>
      </w:r>
    </w:p>
    <w:p>
      <w:r>
        <w:rPr>
          <w:b w:val="0"/>
          <w:i w:val="0"/>
        </w:rPr>
        <w:t>Amount received: [currency and amount]</w:t>
      </w:r>
    </w:p>
    <w:p>
      <w:r>
        <w:rPr>
          <w:b w:val="0"/>
          <w:i w:val="0"/>
        </w:rPr>
        <w:t>Amount in words: [amount in words]</w:t>
      </w:r>
    </w:p>
    <w:p>
      <w:r>
        <w:rPr>
          <w:b w:val="0"/>
          <w:i w:val="0"/>
        </w:rPr>
        <w:t>Payment method: [Cash / Bank transfer / Cheque no. 000000 / Card / Online]</w:t>
      </w:r>
    </w:p>
    <w:p>
      <w:r>
        <w:rPr>
          <w:b w:val="0"/>
          <w:i w:val="0"/>
        </w:rPr>
        <w:t>Transaction reference: [reference number]</w:t>
      </w:r>
    </w:p>
    <w:p>
      <w:r>
        <w:rPr>
          <w:b w:val="0"/>
          <w:i w:val="0"/>
        </w:rPr>
        <w:t>Balance due: [amount, or Nil]</w:t>
      </w:r>
    </w:p>
    <w:p>
      <w:pPr>
        <w:spacing w:before="400"/>
      </w:pPr>
    </w:p>
    <w:p>
      <w:r>
        <w:rPr>
          <w:b w:val="0"/>
          <w:i w:val="0"/>
        </w:rPr>
        <w:t>Received by: ____________________    Signature &amp; stamp: ____________________</w:t>
      </w:r>
    </w:p>
    <w:p>
      <w:pPr>
        <w:spacing w:before="240"/>
      </w:pPr>
    </w:p>
    <w:p>
      <w:r>
        <w:rPr>
          <w:b/>
          <w:i w:val="0"/>
          <w:color w:val="1D4ED8"/>
          <w:sz w:val="18"/>
        </w:rPr>
        <w:t>NOTES</w:t>
      </w:r>
    </w:p>
    <w:p>
      <w:r>
        <w:rPr>
          <w:b w:val="0"/>
          <w:i w:val="0"/>
        </w:rPr>
        <w:t>This receipt confirms payment in full for the items above unless a balance is shown.</w:t>
      </w:r>
    </w:p>
    <w:p>
      <w:pPr>
        <w:spacing w:before="280"/>
      </w:pPr>
      <w:r>
        <w:rPr>
          <w:b/>
          <w:i w:val="0"/>
          <w:color w:val="1D4ED8"/>
        </w:rPr>
        <w:t>Thank you for your payment!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Receipt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