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color w:val="1D4ED8"/>
                <w:sz w:val="32"/>
              </w:rPr>
              <w:t>[YOUR BUSINESS NAME]</w:t>
            </w:r>
          </w:p>
          <w:p>
            <w:r>
              <w:rPr>
                <w:color w:val="475569"/>
              </w:rPr>
              <w:t>[Street address, City, Country]</w:t>
            </w:r>
          </w:p>
          <w:p>
            <w:r>
              <w:rPr>
                <w:color w:val="475569"/>
              </w:rPr>
              <w:t>[Phone]  •  [email@business.com]  •  [Tax / exporter ID]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b/>
                <w:color w:val="0F172A"/>
                <w:sz w:val="40"/>
              </w:rPr>
              <w:t>PACKING LIST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Packing list no. </w:t>
            </w:r>
            <w:r>
              <w:rPr>
                <w:b/>
              </w:rPr>
              <w:t>PL-0001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Date: </w:t>
            </w:r>
            <w:r>
              <w:rPr>
                <w:b/>
              </w:rPr>
              <w:t>[DD/MM/YYYY]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Invoice no.: </w:t>
            </w:r>
            <w:r>
              <w:rPr>
                <w:b/>
              </w:rPr>
              <w:t>[CI-0001]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Buyer PO no.: </w:t>
            </w:r>
            <w:r>
              <w:rPr>
                <w:b/>
              </w:rPr>
              <w:t>[PO-0000]</w:t>
            </w:r>
          </w:p>
        </w:tc>
      </w:tr>
    </w:tbl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color w:val="1D4ED8"/>
                <w:sz w:val="18"/>
              </w:rPr>
              <w:t>CONSIGNEE</w:t>
            </w:r>
          </w:p>
          <w:p>
            <w:r>
              <w:t>[Buyer company]</w:t>
            </w:r>
          </w:p>
          <w:p>
            <w:r>
              <w:t>[Address, City, Country]</w:t>
            </w:r>
          </w:p>
          <w:p>
            <w:r>
              <w:t>[Contact person, phone]</w:t>
            </w:r>
          </w:p>
        </w:tc>
        <w:tc>
          <w:tcPr>
            <w:tcW w:type="dxa" w:w="4819"/>
          </w:tcPr>
          <w:p>
            <w:r/>
            <w:r>
              <w:rPr>
                <w:b/>
                <w:color w:val="1D4ED8"/>
                <w:sz w:val="18"/>
              </w:rPr>
              <w:t>SHIPMENT</w:t>
            </w:r>
          </w:p>
          <w:p>
            <w:r>
              <w:t>Port of loading: [Karachi / Mumbai / Shanghai]</w:t>
            </w:r>
          </w:p>
          <w:p>
            <w:r>
              <w:t>Port of discharge: [Jebel Ali / Hamburg]</w:t>
            </w:r>
          </w:p>
          <w:p>
            <w:r>
              <w:t>Vessel / flight: [name / no.]  •  Incoterm: [FOB]</w:t>
            </w:r>
          </w:p>
          <w:p>
            <w:r>
              <w:t>Container / AWB no.: [ABCD1234567]</w:t>
            </w:r>
          </w:p>
        </w:tc>
      </w:tr>
    </w:tbl>
    <w:p>
      <w:pPr>
        <w:spacing w:before="12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191"/>
        <w:gridCol w:w="3345"/>
        <w:gridCol w:w="1304"/>
        <w:gridCol w:w="1247"/>
        <w:gridCol w:w="1304"/>
        <w:gridCol w:w="1247"/>
      </w:tblGrid>
      <w:tr>
        <w:tc>
          <w:tcPr>
            <w:tcW w:type="dxa" w:w="1191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Carton no.</w:t>
            </w:r>
          </w:p>
        </w:tc>
        <w:tc>
          <w:tcPr>
            <w:tcW w:type="dxa" w:w="3345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Description of goods</w:t>
            </w:r>
          </w:p>
        </w:tc>
        <w:tc>
          <w:tcPr>
            <w:tcW w:type="dxa" w:w="1304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  <w:sz w:val="19"/>
              </w:rPr>
              <w:t>Quantity</w:t>
            </w:r>
          </w:p>
        </w:tc>
        <w:tc>
          <w:tcPr>
            <w:tcW w:type="dxa" w:w="1247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  <w:sz w:val="19"/>
              </w:rPr>
              <w:t>Net wt (kg)</w:t>
            </w:r>
          </w:p>
        </w:tc>
        <w:tc>
          <w:tcPr>
            <w:tcW w:type="dxa" w:w="1304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  <w:sz w:val="19"/>
              </w:rPr>
              <w:t>Gross wt (kg)</w:t>
            </w:r>
          </w:p>
        </w:tc>
        <w:tc>
          <w:tcPr>
            <w:tcW w:type="dxa" w:w="1247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  <w:sz w:val="19"/>
              </w:rPr>
              <w:t>Size (cm)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 w:val="0"/>
                <w:sz w:val="19"/>
              </w:rPr>
              <w:t>1–10</w:t>
            </w:r>
          </w:p>
        </w:tc>
        <w:tc>
          <w:tcPr>
            <w:tcW w:type="dxa" w:w="3345"/>
          </w:tcPr>
          <w:p>
            <w:r/>
            <w:r>
              <w:rPr>
                <w:b w:val="0"/>
                <w:sz w:val="19"/>
              </w:rPr>
              <w:t>[Product, specification]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500 Pcs</w:t>
            </w:r>
          </w:p>
        </w:tc>
        <w:tc>
          <w:tcPr>
            <w:tcW w:type="dxa" w:w="124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48.0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54.0</w:t>
            </w:r>
          </w:p>
        </w:tc>
        <w:tc>
          <w:tcPr>
            <w:tcW w:type="dxa" w:w="124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60×40×40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 w:val="0"/>
                <w:sz w:val="19"/>
              </w:rPr>
              <w:t>11–15</w:t>
            </w:r>
          </w:p>
        </w:tc>
        <w:tc>
          <w:tcPr>
            <w:tcW w:type="dxa" w:w="3345"/>
          </w:tcPr>
          <w:p>
            <w:r/>
            <w:r>
              <w:rPr>
                <w:b w:val="0"/>
                <w:sz w:val="19"/>
              </w:rPr>
              <w:t>[Product, specification]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200 Pcs</w:t>
            </w:r>
          </w:p>
        </w:tc>
        <w:tc>
          <w:tcPr>
            <w:tcW w:type="dxa" w:w="124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15.5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18.0</w:t>
            </w:r>
          </w:p>
        </w:tc>
        <w:tc>
          <w:tcPr>
            <w:tcW w:type="dxa" w:w="124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50×40×30</w:t>
            </w:r>
          </w:p>
        </w:tc>
      </w:tr>
      <w:tr>
        <w:tc>
          <w:tcPr>
            <w:tcW w:type="dxa" w:w="1191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3345"/>
          </w:tcPr>
          <w:p>
            <w:r/>
            <w:r>
              <w:rPr>
                <w:b w:val="0"/>
                <w:sz w:val="19"/>
              </w:rPr>
              <w:t>[Product, specification]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 Sets</w:t>
            </w:r>
          </w:p>
        </w:tc>
        <w:tc>
          <w:tcPr>
            <w:tcW w:type="dxa" w:w="124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9.5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10.6</w:t>
            </w:r>
          </w:p>
        </w:tc>
        <w:tc>
          <w:tcPr>
            <w:tcW w:type="dxa" w:w="124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80×60×50</w:t>
            </w:r>
          </w:p>
        </w:tc>
      </w:tr>
      <w:tr>
        <w:tc>
          <w:tcPr>
            <w:tcW w:type="dxa" w:w="1191"/>
            <w:shd w:val="clear" w:color="auto" w:fill="DBEAFE"/>
          </w:tcPr>
          <w:p>
            <w:r/>
            <w:r>
              <w:rPr>
                <w:b/>
                <w:sz w:val="19"/>
              </w:rPr>
            </w:r>
          </w:p>
        </w:tc>
        <w:tc>
          <w:tcPr>
            <w:tcW w:type="dxa" w:w="3345"/>
            <w:shd w:val="clear" w:color="auto" w:fill="DBEAFE"/>
          </w:tcPr>
          <w:p>
            <w:r/>
            <w:r>
              <w:rPr>
                <w:b/>
                <w:sz w:val="19"/>
              </w:rPr>
              <w:t>TOTAL: 16 cartons</w:t>
            </w:r>
          </w:p>
        </w:tc>
        <w:tc>
          <w:tcPr>
            <w:tcW w:type="dxa" w:w="1304"/>
            <w:shd w:val="clear" w:color="auto" w:fill="DBEAFE"/>
          </w:tcPr>
          <w:p>
            <w:pPr>
              <w:jc w:val="right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1247"/>
            <w:shd w:val="clear" w:color="auto" w:fill="DBEAFE"/>
          </w:tcPr>
          <w:p>
            <w:pPr>
              <w:jc w:val="right"/>
            </w:pPr>
            <w:r/>
            <w:r>
              <w:rPr>
                <w:b/>
                <w:sz w:val="19"/>
              </w:rPr>
              <w:t>73.0</w:t>
            </w:r>
          </w:p>
        </w:tc>
        <w:tc>
          <w:tcPr>
            <w:tcW w:type="dxa" w:w="1304"/>
            <w:shd w:val="clear" w:color="auto" w:fill="DBEAFE"/>
          </w:tcPr>
          <w:p>
            <w:pPr>
              <w:jc w:val="right"/>
            </w:pPr>
            <w:r/>
            <w:r>
              <w:rPr>
                <w:b/>
                <w:sz w:val="19"/>
              </w:rPr>
              <w:t>82.6</w:t>
            </w:r>
          </w:p>
        </w:tc>
        <w:tc>
          <w:tcPr>
            <w:tcW w:type="dxa" w:w="1247"/>
            <w:shd w:val="clear" w:color="auto" w:fill="DBEAFE"/>
          </w:tcPr>
          <w:p>
            <w:pPr>
              <w:jc w:val="right"/>
            </w:pPr>
            <w:r/>
            <w:r>
              <w:rPr>
                <w:b/>
                <w:sz w:val="19"/>
              </w:rPr>
            </w:r>
          </w:p>
        </w:tc>
      </w:tr>
    </w:tbl>
    <w:p>
      <w:pPr>
        <w:spacing w:before="200"/>
      </w:pPr>
    </w:p>
    <w:p>
      <w:r>
        <w:rPr>
          <w:b/>
          <w:i w:val="0"/>
          <w:color w:val="1D4ED8"/>
          <w:sz w:val="18"/>
        </w:rPr>
        <w:t>MARKS &amp; NUMBERS</w:t>
      </w:r>
    </w:p>
    <w:p>
      <w:r>
        <w:rPr>
          <w:b w:val="0"/>
          <w:i w:val="0"/>
        </w:rPr>
        <w:t>[Buyer name] / [Destination port] / C/No. 1–16 / Made in [Country]</w:t>
      </w:r>
    </w:p>
    <w:p>
      <w:r>
        <w:rPr>
          <w:b w:val="0"/>
          <w:i w:val="0"/>
        </w:rPr>
        <w:t>HS code: [0000.00]  •  Country of origin: [Country]  •  Total volume: [x] m³</w:t>
      </w:r>
    </w:p>
    <w:p>
      <w:pPr>
        <w:spacing w:before="200"/>
      </w:pPr>
      <w:r>
        <w:rPr>
          <w:b w:val="0"/>
          <w:i w:val="0"/>
        </w:rPr>
        <w:t>We certify that the goods are packed as described above and match the commercial invoice.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before="240"/>
            </w:pPr>
            <w:r/>
            <w:r>
              <w:rPr>
                <w:b/>
                <w:color w:val="1D4ED8"/>
                <w:sz w:val="18"/>
              </w:rPr>
              <w:t>FOR THE EXPORTER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Name: [Authorised signatory]</w:t>
            </w:r>
          </w:p>
          <w:p>
            <w:r>
              <w:t>Designation &amp; stamp: ____________</w:t>
            </w:r>
          </w:p>
        </w:tc>
      </w:tr>
    </w:tbl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Packing List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