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[Candidate Name]</w:t>
      </w:r>
    </w:p>
    <w:p>
      <w:r>
        <w:rPr>
          <w:b w:val="0"/>
          <w:i w:val="0"/>
        </w:rPr>
        <w:t>[Address, City]</w:t>
      </w:r>
    </w:p>
    <w:p>
      <w:pPr>
        <w:spacing w:after="200" w:before="280"/>
      </w:pPr>
      <w:r>
        <w:rPr>
          <w:b/>
          <w:i w:val="0"/>
        </w:rPr>
        <w:t>Subject: Offer of Employment — [Job Title]</w:t>
      </w:r>
    </w:p>
    <w:p>
      <w:pPr>
        <w:spacing w:after="160" w:line="300" w:lineRule="auto"/>
      </w:pPr>
      <w:r>
        <w:rPr>
          <w:b w:val="0"/>
          <w:i w:val="0"/>
        </w:rPr>
        <w:t>Dear [Candidate Name],</w:t>
      </w:r>
    </w:p>
    <w:p>
      <w:pPr>
        <w:spacing w:after="160" w:line="300" w:lineRule="auto"/>
      </w:pPr>
      <w:r>
        <w:rPr>
          <w:b w:val="0"/>
          <w:i w:val="0"/>
        </w:rPr>
        <w:t>Following your interview, we are pleased to offer you the position of [Job Title] in the [Department] department at [Company Name]. You will report to [Manager Name, Title].</w:t>
      </w:r>
    </w:p>
    <w:p>
      <w:pPr>
        <w:spacing w:after="160" w:line="300" w:lineRule="auto"/>
      </w:pPr>
      <w:r>
        <w:rPr>
          <w:b w:val="0"/>
          <w:i w:val="0"/>
        </w:rPr>
        <w:t>Your joining date will be [Start Date]. Your gross monthly salary will be [amount and currency], paid on the [x] working day of each month, plus [benefits, e.g. medical cover, provident fund and annual bonus]. Your working hours are [9:00 am to 6:00 pm, Monday to Friday] at [office location or remote].</w:t>
      </w:r>
    </w:p>
    <w:p>
      <w:pPr>
        <w:spacing w:after="160" w:line="300" w:lineRule="auto"/>
      </w:pPr>
      <w:r>
        <w:rPr>
          <w:b w:val="0"/>
          <w:i w:val="0"/>
        </w:rPr>
        <w:t>You will be on probation for [3] months. During probation either party may end employment with [1 week's] notice; after confirmation the notice period is [1 month].</w:t>
      </w:r>
    </w:p>
    <w:p>
      <w:pPr>
        <w:spacing w:after="160" w:line="300" w:lineRule="auto"/>
      </w:pPr>
      <w:r>
        <w:rPr>
          <w:b w:val="0"/>
          <w:i w:val="0"/>
        </w:rPr>
        <w:t>This offer is subject to [verification of your documents and references]. Please sign and return a copy of this letter by [Date] to confirm your acceptance.</w:t>
      </w:r>
    </w:p>
    <w:p>
      <w:pPr>
        <w:spacing w:after="160" w:line="300" w:lineRule="auto"/>
      </w:pPr>
      <w:r>
        <w:rPr>
          <w:b w:val="0"/>
          <w:i w:val="0"/>
        </w:rPr>
        <w:t>We look forward to welcoming you to the team.</w:t>
      </w:r>
    </w:p>
    <w:p>
      <w:pPr>
        <w:spacing w:after="160" w:line="300" w:lineRule="auto"/>
      </w:pPr>
      <w:r>
        <w:rPr>
          <w:b w:val="0"/>
          <w:i w:val="0"/>
        </w:rPr>
        <w:t>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[Designation, e.g. Head of HR]</w:t>
      </w:r>
    </w:p>
    <w:p>
      <w:r>
        <w:rPr>
          <w:b w:val="0"/>
          <w:i w:val="0"/>
        </w:rPr>
        <w:t>[Company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Offer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