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D4ED8"/>
          <w:sz w:val="36"/>
        </w:rPr>
        <w:t>[COMPANY NAME]</w:t>
      </w:r>
    </w:p>
    <w:p>
      <w:pPr>
        <w:spacing w:after="280"/>
        <w:pBdr>
          <w:bottom w:val="single" w:sz="12" w:space="2" w:color="1D4ED8"/>
        </w:pBdr>
      </w:pPr>
      <w:r>
        <w:rPr>
          <w:b w:val="0"/>
          <w:i w:val="0"/>
          <w:color w:val="475569"/>
          <w:sz w:val="18"/>
        </w:rPr>
        <w:t>[Street address, City, Country]  •  [Phone]  •  [email@company.com]  •  [www.company.com]</w:t>
      </w:r>
    </w:p>
    <w:p>
      <w:r>
        <w:rPr>
          <w:b w:val="0"/>
          <w:i w:val="0"/>
        </w:rPr>
        <w:t>Ref: [HR/NOC/2026/001]</w:t>
      </w:r>
    </w:p>
    <w:p>
      <w:r>
        <w:rPr>
          <w:b w:val="0"/>
          <w:i w:val="0"/>
        </w:rPr>
        <w:t>Date: [DD Month YYYY]</w:t>
      </w:r>
    </w:p>
    <w:p>
      <w:pPr>
        <w:spacing w:after="200" w:before="280"/>
      </w:pPr>
      <w:r>
        <w:rPr>
          <w:b/>
          <w:i w:val="0"/>
        </w:rPr>
        <w:t>NO OBJECTION CERTIFICATE (NOC)</w:t>
      </w:r>
    </w:p>
    <w:p>
      <w:pPr>
        <w:spacing w:after="160" w:line="300" w:lineRule="auto"/>
      </w:pPr>
      <w:r>
        <w:rPr>
          <w:b w:val="0"/>
          <w:i w:val="0"/>
        </w:rPr>
        <w:t>To: [The Visa Officer, Embassy of Country Name / Name of the institution]</w:t>
      </w:r>
    </w:p>
    <w:p>
      <w:pPr>
        <w:spacing w:after="160" w:line="300" w:lineRule="auto"/>
      </w:pPr>
      <w:r>
        <w:rPr>
          <w:b w:val="0"/>
          <w:i w:val="0"/>
        </w:rPr>
        <w:t>This is to certify that [Mr./Ms. Employee Full Name], holding [Passport / CNIC / ID No. 00000-0000000-0], is working with [Company Name] as [Designation] in the [Department] department since [Joining Date]. [His/Her/Their] current monthly salary is [amount and currency].</w:t>
      </w:r>
    </w:p>
    <w:p>
      <w:pPr>
        <w:spacing w:after="160" w:line="300" w:lineRule="auto"/>
      </w:pPr>
      <w:r>
        <w:rPr>
          <w:b w:val="0"/>
          <w:i w:val="0"/>
        </w:rPr>
        <w:t>The company has no objection to [him/her/them] [travelling to Country Name for tourism / a family visit from Start Date to End Date] [OR: pursuing higher studies / applying for a job elsewhere / obtaining a passport]. [His/Her/Their] leave for this period has been approved.</w:t>
      </w:r>
    </w:p>
    <w:p>
      <w:pPr>
        <w:spacing w:after="160" w:line="300" w:lineRule="auto"/>
      </w:pPr>
      <w:r>
        <w:rPr>
          <w:b w:val="0"/>
          <w:i w:val="0"/>
        </w:rPr>
        <w:t>[He/She/They] will resume duties on [Return Date], and [his/her/their] job remains secure during this period. All expenses of the trip will be borne by [the employee / the company].</w:t>
      </w:r>
    </w:p>
    <w:p>
      <w:pPr>
        <w:spacing w:after="160" w:line="300" w:lineRule="auto"/>
      </w:pPr>
      <w:r>
        <w:rPr>
          <w:b w:val="0"/>
          <w:i w:val="0"/>
        </w:rPr>
        <w:t>This certificate is issued at the request of the employee and does not create any financial or legal liability on the company. For verification, please contact [HR email or phone].</w:t>
      </w:r>
    </w:p>
    <w:p>
      <w:pPr>
        <w:spacing w:before="440"/>
      </w:pPr>
    </w:p>
    <w:p>
      <w:r>
        <w:rPr>
          <w:b w:val="0"/>
          <w:i w:val="0"/>
          <w:color w:val="475569"/>
        </w:rPr>
        <w:t>______________________________</w:t>
      </w:r>
    </w:p>
    <w:p>
      <w:r>
        <w:rPr>
          <w:b/>
          <w:i w:val="0"/>
        </w:rPr>
        <w:t>[Authorised Signatory Name]</w:t>
      </w:r>
    </w:p>
    <w:p>
      <w:r>
        <w:rPr>
          <w:b w:val="0"/>
          <w:i w:val="0"/>
        </w:rPr>
        <w:t>[Designation, e.g. HR Manager]</w:t>
      </w:r>
    </w:p>
    <w:p>
      <w:r>
        <w:rPr>
          <w:b w:val="0"/>
          <w:i w:val="0"/>
        </w:rPr>
        <w:t>[Company Name]  •  Company stamp</w:t>
      </w:r>
    </w:p>
    <w:sectPr w:rsidR="00FC693F" w:rsidRPr="0006063C" w:rsidSect="00034616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NOC Letter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