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0F172A"/>
          <w:sz w:val="44"/>
        </w:rPr>
        <w:t>YOUR FULL NAME</w:t>
      </w:r>
    </w:p>
    <w:p>
      <w:r>
        <w:rPr>
          <w:b w:val="0"/>
          <w:i w:val="0"/>
          <w:color w:val="1D4ED8"/>
          <w:sz w:val="24"/>
        </w:rPr>
        <w:t>Customer Service / Admin Assistant (Entry Level)</w:t>
      </w:r>
    </w:p>
    <w:p>
      <w:pPr>
        <w:spacing w:after="80"/>
      </w:pPr>
      <w:r>
        <w:rPr>
          <w:b w:val="0"/>
          <w:i w:val="0"/>
          <w:color w:val="475569"/>
          <w:sz w:val="19"/>
        </w:rPr>
        <w:t>City, Country  •  +00 300 0000000  •  your.name@email.com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PERSONAL PROFILE</w:t>
      </w:r>
    </w:p>
    <w:p>
      <w:r>
        <w:t>Reliable and friendly school leaver with strong communication and computer skills. Organised a college charity event that raised funds for 40 families, and helped run a family shop during holidays. Quick to learn, punctual and happy to work shifts. Looking for my first role in customer service or office administration. (Write 3 lines: your strengths, one example, the job you want.)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EDUCATION</w:t>
      </w:r>
    </w:p>
    <w:p>
      <w:pPr>
        <w:tabs>
          <w:tab w:pos="9638" w:val="right"/>
        </w:tabs>
        <w:spacing w:before="80"/>
      </w:pPr>
      <w:r>
        <w:rPr>
          <w:b/>
        </w:rPr>
        <w:t>Intermediate (FA / A-levels) — College Name, City</w:t>
      </w:r>
      <w:r>
        <w:rPr>
          <w:color w:val="475569"/>
          <w:sz w:val="20"/>
        </w:rPr>
        <w:tab/>
        <w:t>2024 – 2026</w:t>
      </w:r>
    </w:p>
    <w:p>
      <w:r>
        <w:rPr>
          <w:b w:val="0"/>
          <w:i/>
          <w:color w:val="475569"/>
        </w:rPr>
        <w:t>Subjects: English, Business Studies, Computer Science  •  Result: [grade / marks]</w:t>
      </w:r>
    </w:p>
    <w:p>
      <w:pPr>
        <w:tabs>
          <w:tab w:pos="9638" w:val="right"/>
        </w:tabs>
        <w:spacing w:before="80"/>
      </w:pPr>
      <w:r>
        <w:rPr>
          <w:b/>
        </w:rPr>
        <w:t>Matric (SSC / GCSEs) — School Name, City</w:t>
      </w:r>
      <w:r>
        <w:rPr>
          <w:color w:val="475569"/>
          <w:sz w:val="20"/>
        </w:rPr>
        <w:tab/>
        <w:t>2024</w:t>
      </w:r>
    </w:p>
    <w:p>
      <w:r>
        <w:rPr>
          <w:b w:val="0"/>
          <w:i/>
          <w:color w:val="475569"/>
        </w:rPr>
        <w:t>Result: [grade / marks]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KEY SKILLS</w:t>
      </w:r>
    </w:p>
    <w:p>
      <w:r>
        <w:rPr>
          <w:b/>
        </w:rPr>
        <w:t xml:space="preserve">Communication: </w:t>
      </w:r>
      <w:r>
        <w:t>Clear speaking and writing in English and Urdu; comfortable on the phone</w:t>
      </w:r>
    </w:p>
    <w:p>
      <w:r>
        <w:rPr>
          <w:b/>
        </w:rPr>
        <w:t xml:space="preserve">Computer: </w:t>
      </w:r>
      <w:r>
        <w:t>MS Word, Excel (basic formulas), PowerPoint, email, typing 40 words per minute</w:t>
      </w:r>
    </w:p>
    <w:p>
      <w:r>
        <w:rPr>
          <w:b/>
        </w:rPr>
        <w:t xml:space="preserve">Personal: </w:t>
      </w:r>
      <w:r>
        <w:t>Punctual, teamwork, problem solving, handling cash accurately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VOLUNTEERING &amp; ACTIVITIES</w:t>
      </w:r>
    </w:p>
    <w:p>
      <w:pPr>
        <w:tabs>
          <w:tab w:pos="9638" w:val="right"/>
        </w:tabs>
        <w:spacing w:before="80"/>
      </w:pPr>
      <w:r>
        <w:rPr>
          <w:b/>
        </w:rPr>
        <w:t>Event Volunteer — College Charity Drive</w:t>
      </w:r>
      <w:r>
        <w:rPr>
          <w:color w:val="475569"/>
          <w:sz w:val="20"/>
        </w:rPr>
        <w:tab/>
        <w:t>2025</w:t>
      </w:r>
    </w:p>
    <w:p>
      <w:pPr>
        <w:pStyle w:val="ListBullet"/>
        <w:spacing w:after="20"/>
      </w:pPr>
      <w:r>
        <w:t>Helped plan a ration drive; collected donations and kept a record of 40 family packs.</w:t>
      </w:r>
    </w:p>
    <w:p>
      <w:pPr>
        <w:tabs>
          <w:tab w:pos="9638" w:val="right"/>
        </w:tabs>
        <w:spacing w:before="80"/>
      </w:pPr>
      <w:r>
        <w:rPr>
          <w:b/>
        </w:rPr>
        <w:t>Shop Helper — Family Business (informal)</w:t>
      </w:r>
      <w:r>
        <w:rPr>
          <w:color w:val="475569"/>
          <w:sz w:val="20"/>
        </w:rPr>
        <w:tab/>
        <w:t>2023 – 2025</w:t>
      </w:r>
    </w:p>
    <w:p>
      <w:pPr>
        <w:pStyle w:val="ListBullet"/>
        <w:spacing w:after="20"/>
      </w:pPr>
      <w:r>
        <w:t>Served customers, handled cash and kept the stock register during school holidays.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ACHIEVEMENTS</w:t>
      </w:r>
    </w:p>
    <w:p>
      <w:pPr>
        <w:pStyle w:val="ListBullet"/>
        <w:spacing w:after="20"/>
      </w:pPr>
      <w:r>
        <w:t>Class representative, final year of college</w:t>
      </w:r>
    </w:p>
    <w:p>
      <w:pPr>
        <w:pStyle w:val="ListBullet"/>
        <w:spacing w:after="20"/>
      </w:pPr>
      <w:r>
        <w:t>Certificate in Computer Applications (3 months), [Institute Name], 2025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LANGUAGES</w:t>
      </w:r>
    </w:p>
    <w:p>
      <w:r>
        <w:t>English (good), Urdu (native), [other language]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REFERENCES</w:t>
      </w:r>
    </w:p>
    <w:p>
      <w:r>
        <w:t>[Teacher name, College Name, phone] — or "Available on request".</w:t>
      </w:r>
    </w:p>
    <w:sectPr w:rsidR="00FC693F" w:rsidRPr="0006063C" w:rsidSect="00034616"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Template With No Experience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