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D4ED8"/>
          <w:sz w:val="36"/>
        </w:rPr>
        <w:t>[GYM / CLUB NAME] — MEMBERSHIP FORM</w:t>
      </w:r>
    </w:p>
    <w:p>
      <w:pPr>
        <w:spacing w:after="200"/>
        <w:jc w:val="center"/>
        <w:pBdr>
          <w:bottom w:val="single" w:sz="12" w:space="2" w:color="1D4ED8"/>
        </w:pBdr>
      </w:pPr>
      <w:r>
        <w:rPr>
          <w:b w:val="0"/>
          <w:i w:val="0"/>
          <w:color w:val="475569"/>
          <w:sz w:val="19"/>
        </w:rPr>
        <w:t>[Address, City]  •  [Phone]  •  [email@club.com]  •  Member no.: ________</w:t>
      </w:r>
    </w:p>
    <w:p>
      <w:pPr>
        <w:keepNext/>
        <w:spacing w:after="80" w:before="200"/>
      </w:pPr>
      <w:r>
        <w:rPr>
          <w:b/>
          <w:i w:val="0"/>
          <w:color w:val="1D4ED8"/>
          <w:sz w:val="20"/>
        </w:rPr>
        <w:t>PERSONAL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2778"/>
        <w:gridCol w:w="2041"/>
        <w:gridCol w:w="2778"/>
      </w:tblGrid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Full name</w:t>
            </w:r>
          </w:p>
        </w:tc>
        <w:tc>
          <w:tcPr>
            <w:tcW w:type="dxa" w:w="2778"/>
            <w:gridSpan w:val="3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Date of birth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Gender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Phone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Email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Address</w:t>
            </w:r>
          </w:p>
        </w:tc>
        <w:tc>
          <w:tcPr>
            <w:tcW w:type="dxa" w:w="2778"/>
            <w:gridSpan w:val="3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ID / CNIC no.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Occupation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1D4ED8"/>
          <w:sz w:val="20"/>
        </w:rPr>
        <w:t>MEMBERSHIP PLAN</w:t>
      </w:r>
    </w:p>
    <w:p>
      <w:r>
        <w:rPr>
          <w:b w:val="0"/>
          <w:i w:val="0"/>
        </w:rPr>
        <w:t>[ ] Monthly  [price]      [ ] Quarterly  [price]      [ ] Half-yearly  [price]      [ ] Yearly  [price]</w:t>
      </w:r>
    </w:p>
    <w:p>
      <w:r>
        <w:rPr>
          <w:b w:val="0"/>
          <w:i w:val="0"/>
        </w:rPr>
        <w:t>[ ] Personal training  [price / session]      [ ] Locker  [price / month]      [ ] Other: 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2778"/>
        <w:gridCol w:w="2041"/>
        <w:gridCol w:w="2778"/>
      </w:tblGrid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Start date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End date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Amount paid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Payment method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1D4ED8"/>
          <w:sz w:val="20"/>
        </w:rPr>
        <w:t>EMERGENCY CONTACT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2778"/>
        <w:gridCol w:w="2041"/>
        <w:gridCol w:w="2778"/>
      </w:tblGrid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Name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Relationship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Phone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b w:val="0"/>
                <w:color w:val="475569"/>
                <w:sz w:val="19"/>
              </w:rPr>
              <w:t>Alt. phone</w:t>
            </w:r>
          </w:p>
        </w:tc>
        <w:tc>
          <w:tcPr>
            <w:tcW w:type="dxa" w:w="2778"/>
          </w:tcPr>
          <w:p>
            <w:r/>
            <w:r>
              <w:rPr>
                <w:b w:val="0"/>
                <w:sz w:val="19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1D4ED8"/>
          <w:sz w:val="20"/>
        </w:rPr>
        <w:t>HEALTH DECLARATION</w:t>
      </w:r>
    </w:p>
    <w:p>
      <w:pPr>
        <w:spacing w:after="80"/>
      </w:pPr>
      <w:r>
        <w:rPr>
          <w:b w:val="0"/>
          <w:i w:val="0"/>
        </w:rPr>
        <w:t>Do you have any heart condition, high blood pressure, asthma or diabetes?   [ ] Yes   [ ] No</w:t>
      </w:r>
    </w:p>
    <w:p>
      <w:pPr>
        <w:spacing w:after="80"/>
      </w:pPr>
      <w:r>
        <w:rPr>
          <w:b w:val="0"/>
          <w:i w:val="0"/>
        </w:rPr>
        <w:t>Any injury, surgery or pregnancy in the last 12 months?   [ ] Yes   [ ] No</w:t>
      </w:r>
    </w:p>
    <w:p>
      <w:pPr>
        <w:spacing w:after="80"/>
      </w:pPr>
      <w:r>
        <w:rPr>
          <w:b w:val="0"/>
          <w:i w:val="0"/>
        </w:rPr>
        <w:t>If yes, please give details: ______________________________________________________________</w:t>
      </w:r>
    </w:p>
    <w:p>
      <w:pPr>
        <w:keepNext/>
        <w:spacing w:after="80" w:before="200"/>
      </w:pPr>
      <w:r>
        <w:rPr>
          <w:b/>
          <w:i w:val="0"/>
          <w:color w:val="1D4ED8"/>
          <w:sz w:val="20"/>
        </w:rPr>
        <w:t>TERMS</w:t>
      </w:r>
    </w:p>
    <w:p>
      <w:pPr>
        <w:spacing w:after="40"/>
      </w:pPr>
      <w:r>
        <w:rPr>
          <w:b w:val="0"/>
          <w:i w:val="0"/>
          <w:sz w:val="18"/>
        </w:rPr>
        <w:t>1. Fees are payable in advance and are not refundable or transferable unless the club's policy says otherwise.</w:t>
      </w:r>
    </w:p>
    <w:p>
      <w:pPr>
        <w:spacing w:after="40"/>
      </w:pPr>
      <w:r>
        <w:rPr>
          <w:b w:val="0"/>
          <w:i w:val="0"/>
          <w:sz w:val="18"/>
        </w:rPr>
        <w:t>2. Members follow the club rules, use equipment safely and wear suitable clothing and shoes.</w:t>
      </w:r>
    </w:p>
    <w:p>
      <w:pPr>
        <w:spacing w:after="40"/>
      </w:pPr>
      <w:r>
        <w:rPr>
          <w:b w:val="0"/>
          <w:i w:val="0"/>
          <w:sz w:val="18"/>
        </w:rPr>
        <w:t>3. I take part at my own risk and will consult a doctor before starting if I have a medical condition.</w:t>
      </w:r>
    </w:p>
    <w:p>
      <w:pPr>
        <w:spacing w:after="40"/>
      </w:pPr>
      <w:r>
        <w:rPr>
          <w:b w:val="0"/>
          <w:i w:val="0"/>
          <w:sz w:val="18"/>
        </w:rPr>
        <w:t>4. The club is not responsible for personal belongings left on the premises.</w:t>
      </w:r>
    </w:p>
    <w:p>
      <w:pPr>
        <w:spacing w:after="40"/>
      </w:pPr>
      <w:r>
        <w:rPr>
          <w:b w:val="0"/>
          <w:i w:val="0"/>
          <w:sz w:val="18"/>
        </w:rPr>
        <w:t>5. Membership can be [frozen for up to x weeks] with [x days'] written notice.</w:t>
      </w:r>
    </w:p>
    <w:p>
      <w:pPr>
        <w:spacing w:before="320"/>
      </w:pPr>
      <w:r>
        <w:rPr>
          <w:b w:val="0"/>
          <w:i w:val="0"/>
        </w:rPr>
        <w:t>Member signature: ____________________     Date: ____________     Staff: ____________________</w:t>
      </w:r>
    </w:p>
    <w:sectPr w:rsidR="00FC693F" w:rsidRPr="0006063C" w:rsidSect="00034616"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Form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