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MEETING MINUTES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[Company / Organisation Name]  •  [Team or Committee]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587"/>
        <w:gridCol w:w="3231"/>
        <w:gridCol w:w="1587"/>
        <w:gridCol w:w="3231"/>
      </w:tblGrid>
      <w:tr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Meeting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[Monthly team meeting]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Date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[DD/MM/YYYY]</w:t>
            </w:r>
          </w:p>
        </w:tc>
      </w:tr>
      <w:tr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Time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[10:00 – 11:00]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Location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[Room / video link]</w:t>
            </w:r>
          </w:p>
        </w:tc>
      </w:tr>
      <w:tr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Chaired by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[Name]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b w:val="0"/>
                <w:color w:val="475569"/>
              </w:rPr>
              <w:t>Minutes by</w:t>
            </w:r>
          </w:p>
        </w:tc>
        <w:tc>
          <w:tcPr>
            <w:tcW w:type="dxa" w:w="3231"/>
          </w:tcPr>
          <w:p>
            <w:r/>
            <w:r>
              <w:rPr>
                <w:b/>
              </w:rPr>
              <w:t>[Name]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ATTENDEES</w:t>
      </w:r>
    </w:p>
    <w:p>
      <w:r>
        <w:rPr>
          <w:b w:val="0"/>
          <w:i w:val="0"/>
        </w:rPr>
        <w:t>Present: [Name, Name, Name, Name]</w:t>
      </w:r>
    </w:p>
    <w:p>
      <w:r>
        <w:rPr>
          <w:b w:val="0"/>
          <w:i w:val="0"/>
        </w:rPr>
        <w:t>Apologies (absent): [Name]</w:t>
      </w:r>
    </w:p>
    <w:p>
      <w:r>
        <w:rPr>
          <w:b w:val="0"/>
          <w:i w:val="0"/>
        </w:rPr>
        <w:t>Guests: [Name, Organisation]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AGENDA</w:t>
      </w:r>
    </w:p>
    <w:p>
      <w:r>
        <w:rPr>
          <w:b w:val="0"/>
          <w:i w:val="0"/>
        </w:rPr>
        <w:t>1. Review of action items from the last meeting</w:t>
      </w:r>
    </w:p>
    <w:p>
      <w:r>
        <w:rPr>
          <w:b w:val="0"/>
          <w:i w:val="0"/>
        </w:rPr>
        <w:t>2. [Agenda item, e.g. Q4 sales targets]</w:t>
      </w:r>
    </w:p>
    <w:p>
      <w:r>
        <w:rPr>
          <w:b w:val="0"/>
          <w:i w:val="0"/>
        </w:rPr>
        <w:t>3. [Agenda item, e.g. new hiring plan]</w:t>
      </w:r>
    </w:p>
    <w:p>
      <w:r>
        <w:rPr>
          <w:b w:val="0"/>
          <w:i w:val="0"/>
        </w:rPr>
        <w:t>4. Any other business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DISCUSSION AND DECISIONS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1928"/>
        <w:gridCol w:w="4649"/>
        <w:gridCol w:w="3061"/>
      </w:tblGrid>
      <w:tr>
        <w:tc>
          <w:tcPr>
            <w:tcW w:type="dxa" w:w="1928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Agenda item</w:t>
            </w:r>
          </w:p>
        </w:tc>
        <w:tc>
          <w:tcPr>
            <w:tcW w:type="dxa" w:w="4649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Key points discussed</w:t>
            </w:r>
          </w:p>
        </w:tc>
        <w:tc>
          <w:tcPr>
            <w:tcW w:type="dxa" w:w="306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Decision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1. Last actions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[Status of each action from the last meeting]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[e.g. 3 closed, 1 carried forward]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2. [Item]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[Main points, options considered, who said what if it matters]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[What was agreed]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3. [Item]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[Main points]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[What was agreed, or "deferred to next meeting"]</w:t>
            </w:r>
          </w:p>
        </w:tc>
      </w:tr>
      <w:tr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4. AOB</w:t>
            </w:r>
          </w:p>
        </w:tc>
        <w:tc>
          <w:tcPr>
            <w:tcW w:type="dxa" w:w="4649"/>
          </w:tcPr>
          <w:p>
            <w:r/>
            <w:r>
              <w:rPr>
                <w:b w:val="0"/>
                <w:sz w:val="19"/>
              </w:rPr>
              <w:t>[Other matters raised]</w:t>
            </w:r>
          </w:p>
        </w:tc>
        <w:tc>
          <w:tcPr>
            <w:tcW w:type="dxa" w:w="3061"/>
          </w:tcPr>
          <w:p>
            <w:r/>
            <w:r>
              <w:rPr>
                <w:b w:val="0"/>
                <w:sz w:val="19"/>
              </w:rPr>
              <w:t>[Outcome]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ACTION ITEMS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102"/>
        <w:gridCol w:w="1701"/>
        <w:gridCol w:w="1587"/>
        <w:gridCol w:w="1247"/>
      </w:tblGrid>
      <w:tr>
        <w:tc>
          <w:tcPr>
            <w:tcW w:type="dxa" w:w="5102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1701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587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Due date</w:t>
            </w:r>
          </w:p>
        </w:tc>
        <w:tc>
          <w:tcPr>
            <w:tcW w:type="dxa" w:w="1247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sz w:val="19"/>
              </w:rPr>
              <w:t>[Specific task, e.g. send revised targets to the team]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9"/>
              </w:rPr>
              <w:t>[DD/MM/YYYY]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9"/>
              </w:rPr>
              <w:t>[Open]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sz w:val="19"/>
              </w:rPr>
              <w:t>[Specific task]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9"/>
              </w:rPr>
              <w:t>[DD/MM/YYYY]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9"/>
              </w:rPr>
              <w:t>[Open]</w:t>
            </w:r>
          </w:p>
        </w:tc>
      </w:tr>
      <w:tr>
        <w:tc>
          <w:tcPr>
            <w:tcW w:type="dxa" w:w="5102"/>
          </w:tcPr>
          <w:p>
            <w:r/>
            <w:r>
              <w:rPr>
                <w:b w:val="0"/>
                <w:sz w:val="19"/>
              </w:rPr>
              <w:t>[Specific task]</w:t>
            </w:r>
          </w:p>
        </w:tc>
        <w:tc>
          <w:tcPr>
            <w:tcW w:type="dxa" w:w="1701"/>
          </w:tcPr>
          <w:p>
            <w:r/>
            <w:r>
              <w:rPr>
                <w:b w:val="0"/>
                <w:sz w:val="19"/>
              </w:rPr>
              <w:t>[Name]</w:t>
            </w:r>
          </w:p>
        </w:tc>
        <w:tc>
          <w:tcPr>
            <w:tcW w:type="dxa" w:w="1587"/>
          </w:tcPr>
          <w:p>
            <w:r/>
            <w:r>
              <w:rPr>
                <w:b w:val="0"/>
                <w:sz w:val="19"/>
              </w:rPr>
              <w:t>[DD/MM/YYYY]</w:t>
            </w:r>
          </w:p>
        </w:tc>
        <w:tc>
          <w:tcPr>
            <w:tcW w:type="dxa" w:w="1247"/>
          </w:tcPr>
          <w:p>
            <w:r/>
            <w:r>
              <w:rPr>
                <w:b w:val="0"/>
                <w:sz w:val="19"/>
              </w:rPr>
              <w:t>[Open]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NEXT MEETING</w:t>
      </w:r>
    </w:p>
    <w:p>
      <w:r>
        <w:rPr>
          <w:b w:val="0"/>
          <w:i w:val="0"/>
        </w:rPr>
        <w:t>Date and time: [DD/MM/YYYY, 10:00]  •  Location: [Room / video link]</w:t>
      </w:r>
    </w:p>
    <w:p>
      <w:pPr>
        <w:spacing w:before="400"/>
      </w:pPr>
      <w:r>
        <w:rPr>
          <w:b w:val="0"/>
          <w:i w:val="0"/>
        </w:rPr>
        <w:t>Minutes approved by (chair): ____________________     Date: ____________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