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LOAN AGREEMENT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Personal / business loan  •  [City, Country]</w:t>
      </w:r>
    </w:p>
    <w:p>
      <w:pPr>
        <w:spacing w:after="100" w:line="288" w:lineRule="auto"/>
      </w:pPr>
      <w:r>
        <w:rPr>
          <w:b w:val="0"/>
          <w:i w:val="0"/>
        </w:rPr>
        <w:t>This Loan Agreement is made on [DD Month YYYY] at [City] between:</w:t>
      </w:r>
    </w:p>
    <w:p>
      <w:pPr>
        <w:spacing w:after="100" w:line="288" w:lineRule="auto"/>
      </w:pPr>
      <w:r>
        <w:rPr>
          <w:b w:val="0"/>
          <w:i w:val="0"/>
        </w:rPr>
        <w:t>[Lender Full Name], holding [CNIC / ID / Passport No.], of [Address] (the "Lender"); and</w:t>
      </w:r>
    </w:p>
    <w:p>
      <w:pPr>
        <w:spacing w:after="100" w:line="288" w:lineRule="auto"/>
      </w:pPr>
      <w:r>
        <w:rPr>
          <w:b w:val="0"/>
          <w:i w:val="0"/>
        </w:rPr>
        <w:t>[Borrower Full Name], holding [CNIC / ID / Passport No.], of [Address] (the "Borrower").</w:t>
      </w:r>
    </w:p>
    <w:p>
      <w:pPr>
        <w:keepNext/>
        <w:spacing w:after="60" w:before="140"/>
      </w:pPr>
      <w:r>
        <w:rPr>
          <w:b/>
          <w:i w:val="0"/>
        </w:rPr>
        <w:t>1. Loan amount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Lender agrees to lend the Borrower [currency and amount] ([amount in words]) (the "Loan"), paid on [date] by [bank transfer to account no. 000000 / cheque no. 000000 / cash].</w:t>
      </w:r>
    </w:p>
    <w:p>
      <w:pPr>
        <w:keepNext/>
        <w:spacing w:after="60" w:before="140"/>
      </w:pPr>
      <w:r>
        <w:rPr>
          <w:b/>
          <w:i w:val="0"/>
        </w:rPr>
        <w:t>2. Purpose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Borrower will use the Loan for [purpose, e.g. working capital for the shop / medical expenses].</w:t>
      </w:r>
    </w:p>
    <w:p>
      <w:pPr>
        <w:keepNext/>
        <w:spacing w:after="60" w:before="140"/>
      </w:pPr>
      <w:r>
        <w:rPr>
          <w:b/>
          <w:i w:val="0"/>
        </w:rPr>
        <w:t>3. Interest</w:t>
      </w:r>
    </w:p>
    <w:p>
      <w:pPr>
        <w:spacing w:after="60" w:line="288" w:lineRule="auto"/>
        <w:ind w:left="340"/>
      </w:pPr>
      <w:r>
        <w:rPr>
          <w:b w:val="0"/>
          <w:i w:val="0"/>
        </w:rPr>
        <w:t>[The Loan is interest-free.] OR [The Loan carries interest of [x]% per year, calculated on the outstanding balance.] Choose one and delete the other.</w:t>
      </w:r>
    </w:p>
    <w:p>
      <w:pPr>
        <w:keepNext/>
        <w:spacing w:after="60" w:before="140"/>
      </w:pPr>
      <w:r>
        <w:rPr>
          <w:b/>
          <w:i w:val="0"/>
        </w:rPr>
        <w:t>4. Repayment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Borrower will repay the Loan in [12] monthly instalments of [amount], due on the [5th] of each month starting [date], until the full amount is repaid by [final date].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Borrower may repay all or part of the Loan early without any penalty.</w:t>
      </w:r>
    </w:p>
    <w:p>
      <w:pPr>
        <w:keepNext/>
        <w:spacing w:after="60" w:before="140"/>
      </w:pPr>
      <w:r>
        <w:rPr>
          <w:b/>
          <w:i w:val="0"/>
        </w:rPr>
        <w:t>5. Late payment</w:t>
      </w:r>
    </w:p>
    <w:p>
      <w:pPr>
        <w:spacing w:after="60" w:line="288" w:lineRule="auto"/>
        <w:ind w:left="340"/>
      </w:pPr>
      <w:r>
        <w:rPr>
          <w:b w:val="0"/>
          <w:i w:val="0"/>
        </w:rPr>
        <w:t>If an instalment is more than [15] days late, the Lender will give written notice. If it is not paid within [30] days of the notice, the whole outstanding balance becomes due at once.</w:t>
      </w:r>
    </w:p>
    <w:p>
      <w:pPr>
        <w:keepNext/>
        <w:spacing w:after="60" w:before="140"/>
      </w:pPr>
      <w:r>
        <w:rPr>
          <w:b/>
          <w:i w:val="0"/>
        </w:rPr>
        <w:t>6. Security</w:t>
      </w:r>
    </w:p>
    <w:p>
      <w:pPr>
        <w:spacing w:after="60" w:line="288" w:lineRule="auto"/>
        <w:ind w:left="340"/>
      </w:pPr>
      <w:r>
        <w:rPr>
          <w:b w:val="0"/>
          <w:i w:val="0"/>
        </w:rPr>
        <w:t>[No security is given.] OR [The Borrower gives the following as security: describe the item, e.g. post-dated cheques / vehicle registration no. ABC-123].</w:t>
      </w:r>
    </w:p>
    <w:p>
      <w:pPr>
        <w:keepNext/>
        <w:spacing w:after="60" w:before="140"/>
      </w:pPr>
      <w:r>
        <w:rPr>
          <w:b/>
          <w:i w:val="0"/>
        </w:rPr>
        <w:t>7. Records</w:t>
      </w:r>
    </w:p>
    <w:p>
      <w:pPr>
        <w:spacing w:after="60" w:line="288" w:lineRule="auto"/>
        <w:ind w:left="340"/>
      </w:pPr>
      <w:r>
        <w:rPr>
          <w:b w:val="0"/>
          <w:i w:val="0"/>
        </w:rPr>
        <w:t>Each repayment will be acknowledged by a signed receipt or bank record. The Lender will confirm in writing when the Loan has been repaid in full.</w:t>
      </w:r>
    </w:p>
    <w:p>
      <w:pPr>
        <w:keepNext/>
        <w:spacing w:after="60" w:before="140"/>
      </w:pPr>
      <w:r>
        <w:rPr>
          <w:b/>
          <w:i w:val="0"/>
        </w:rPr>
        <w:t>8. Governing law</w:t>
      </w:r>
    </w:p>
    <w:p>
      <w:pPr>
        <w:spacing w:after="60" w:line="288" w:lineRule="auto"/>
        <w:ind w:left="340"/>
      </w:pPr>
      <w:r>
        <w:rPr>
          <w:b w:val="0"/>
          <w:i w:val="0"/>
        </w:rPr>
        <w:t>This agreement is governed by the laws of [Country / State], and the courts of [City] have jurisdiction.</w:t>
      </w:r>
    </w:p>
    <w:p>
      <w:pPr>
        <w:keepNext/>
        <w:spacing w:before="240"/>
      </w:pPr>
      <w:r>
        <w:rPr>
          <w:b w:val="0"/>
          <w:i w:val="0"/>
        </w:rPr>
        <w:t>IN WITNESS WHEREOF, the parties have signed this agreement on the date first written above.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LENDER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[Lender Full Name]</w:t>
            </w:r>
          </w:p>
          <w:p>
            <w:r>
              <w:t>Date: ____________</w:t>
            </w:r>
          </w:p>
        </w:tc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BORROWER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[Borrower Full Name]</w:t>
            </w:r>
          </w:p>
          <w:p>
            <w:r>
              <w:t>Date: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320"/>
            </w:pPr>
            <w:r/>
            <w:r>
              <w:rPr>
                <w:b/>
                <w:color w:val="1D4ED8"/>
                <w:sz w:val="18"/>
              </w:rPr>
              <w:t>WITNESS 1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______________________</w:t>
            </w:r>
          </w:p>
          <w:p>
            <w:r>
              <w:t>ID no.: ______________________</w:t>
            </w:r>
          </w:p>
        </w:tc>
        <w:tc>
          <w:tcPr>
            <w:tcW w:type="dxa" w:w="4706"/>
          </w:tcPr>
          <w:p>
            <w:pPr>
              <w:spacing w:before="320"/>
            </w:pPr>
            <w:r/>
            <w:r>
              <w:rPr>
                <w:b/>
                <w:color w:val="1D4ED8"/>
                <w:sz w:val="18"/>
              </w:rPr>
              <w:t>WITNESS 2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______________________</w:t>
            </w:r>
          </w:p>
          <w:p>
            <w:r>
              <w:t>ID no.: ______________________</w:t>
            </w:r>
          </w:p>
        </w:tc>
      </w:tr>
    </w:tbl>
    <w:p>
      <w:pPr>
        <w:spacing w:before="360"/>
      </w:pPr>
      <w:r>
        <w:rPr>
          <w:b w:val="0"/>
          <w:i/>
          <w:color w:val="475569"/>
          <w:sz w:val="17"/>
        </w:rPr>
        <w:t>This template is a general starting point, not legal advice. Laws differ by country and state; have the final agreement checked by a lawyer before signing.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Agreement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