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Date: [DD Month YYYY]</w:t>
      </w:r>
    </w:p>
    <w:p>
      <w:pPr>
        <w:spacing w:before="200"/>
      </w:pPr>
    </w:p>
    <w:p>
      <w:r>
        <w:rPr>
          <w:b w:val="0"/>
          <w:i w:val="0"/>
        </w:rPr>
        <w:t>[Manager Name]</w:t>
      </w:r>
    </w:p>
    <w:p>
      <w:r>
        <w:rPr>
          <w:b w:val="0"/>
          <w:i w:val="0"/>
        </w:rPr>
        <w:t>[Designation]</w:t>
      </w:r>
    </w:p>
    <w:p>
      <w:r>
        <w:rPr>
          <w:b w:val="0"/>
          <w:i w:val="0"/>
        </w:rPr>
        <w:t>[Company / School Name]</w:t>
      </w:r>
    </w:p>
    <w:p>
      <w:pPr>
        <w:spacing w:after="200" w:before="280"/>
      </w:pPr>
      <w:r>
        <w:rPr>
          <w:b/>
          <w:i w:val="0"/>
        </w:rPr>
        <w:t>Subject: Application for [Casual / Sick / Annual] Leave</w:t>
      </w:r>
    </w:p>
    <w:p>
      <w:pPr>
        <w:spacing w:after="160" w:line="300" w:lineRule="auto"/>
      </w:pPr>
      <w:r>
        <w:rPr>
          <w:b w:val="0"/>
          <w:i w:val="0"/>
        </w:rPr>
        <w:t>Dear [Manager Name / Sir / Madam],</w:t>
      </w:r>
    </w:p>
    <w:p>
      <w:pPr>
        <w:spacing w:after="160" w:line="300" w:lineRule="auto"/>
      </w:pPr>
      <w:r>
        <w:rPr>
          <w:b w:val="0"/>
          <w:i w:val="0"/>
        </w:rPr>
        <w:t>I would like to request [number] days of [casual / sick / annual] leave from [Start Date] to [End Date], because [brief reason, e.g. a family wedding / a medical appointment / personal matters].</w:t>
      </w:r>
    </w:p>
    <w:p>
      <w:pPr>
        <w:spacing w:after="160" w:line="300" w:lineRule="auto"/>
      </w:pPr>
      <w:r>
        <w:rPr>
          <w:b w:val="0"/>
          <w:i w:val="0"/>
        </w:rPr>
        <w:t>I have completed or handed over my urgent work to [Colleague Name], who has agreed to cover [tasks] while I am away. I will be reachable on [phone number] for anything urgent.</w:t>
      </w:r>
    </w:p>
    <w:p>
      <w:pPr>
        <w:spacing w:after="160" w:line="300" w:lineRule="auto"/>
      </w:pPr>
      <w:r>
        <w:rPr>
          <w:b w:val="0"/>
          <w:i w:val="0"/>
        </w:rPr>
        <w:t>I will resume work on [Return Date]. I would be grateful if you could approve my leave.</w:t>
      </w:r>
    </w:p>
    <w:p>
      <w:pPr>
        <w:spacing w:after="160" w:line="300" w:lineRule="auto"/>
      </w:pPr>
      <w:r>
        <w:rPr>
          <w:b w:val="0"/>
          <w:i w:val="0"/>
        </w:rPr>
        <w:t>Thank you.</w:t>
      </w:r>
    </w:p>
    <w:p>
      <w:pPr>
        <w:spacing w:after="160" w:line="300" w:lineRule="auto"/>
      </w:pPr>
      <w:r>
        <w:rPr>
          <w:b w:val="0"/>
          <w:i w:val="0"/>
        </w:rPr>
        <w:t>Yours sincerely,</w:t>
      </w:r>
    </w:p>
    <w:p>
      <w:pPr>
        <w:spacing w:before="440"/>
      </w:pPr>
    </w:p>
    <w:p>
      <w:r>
        <w:rPr>
          <w:b w:val="0"/>
          <w:i w:val="0"/>
          <w:color w:val="475569"/>
        </w:rPr>
        <w:t>______________________________</w:t>
      </w:r>
    </w:p>
    <w:p>
      <w:r>
        <w:rPr>
          <w:b/>
          <w:i w:val="0"/>
        </w:rPr>
        <w:t>[Your Name]</w:t>
      </w:r>
    </w:p>
    <w:p>
      <w:r>
        <w:rPr>
          <w:b w:val="0"/>
          <w:i w:val="0"/>
        </w:rPr>
        <w:t>[Designation], [Department]</w:t>
      </w:r>
    </w:p>
    <w:p>
      <w:r>
        <w:rPr>
          <w:b w:val="0"/>
          <w:i w:val="0"/>
        </w:rPr>
        <w:t>[Employee ID]</w:t>
      </w:r>
    </w:p>
    <w:sectPr w:rsidR="00FC693F" w:rsidRPr="0006063C" w:rsidSect="00034616"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Application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