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EMPLOYEE JOINING FORM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[Company Name]  •  HR Department  •  Employee ID: ________</w:t>
      </w:r>
    </w:p>
    <w:p>
      <w:pPr>
        <w:keepNext/>
        <w:spacing w:after="80" w:before="200"/>
      </w:pPr>
      <w:r>
        <w:rPr>
          <w:b/>
          <w:i w:val="0"/>
          <w:color w:val="1D4ED8"/>
          <w:sz w:val="20"/>
        </w:rPr>
        <w:t>JOB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778"/>
        <w:gridCol w:w="2041"/>
        <w:gridCol w:w="2778"/>
      </w:tblGrid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Designation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Department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Date of joining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Reporting to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Work location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Probation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Employment type</w:t>
            </w:r>
          </w:p>
        </w:tc>
        <w:tc>
          <w:tcPr>
            <w:tcW w:type="dxa" w:w="2778"/>
            <w:gridSpan w:val="3"/>
          </w:tcPr>
          <w:p>
            <w:r/>
            <w:r>
              <w:rPr>
                <w:b w:val="0"/>
                <w:sz w:val="19"/>
              </w:rPr>
              <w:t>[ ] Permanent      [ ] Contract      [ ] Part-time      [ ] Intern</w:t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1D4ED8"/>
          <w:sz w:val="20"/>
        </w:rPr>
        <w:t>PERSONAL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778"/>
        <w:gridCol w:w="2041"/>
        <w:gridCol w:w="2778"/>
      </w:tblGrid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Full name</w:t>
            </w:r>
          </w:p>
        </w:tc>
        <w:tc>
          <w:tcPr>
            <w:tcW w:type="dxa" w:w="2778"/>
            <w:gridSpan w:val="3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Father's / spouse's name</w:t>
            </w:r>
          </w:p>
        </w:tc>
        <w:tc>
          <w:tcPr>
            <w:tcW w:type="dxa" w:w="2778"/>
            <w:gridSpan w:val="3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Date of birth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Gender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ID / CNIC / Aadhaar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Passport no.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Marital status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Blood group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Mobile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Personal email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Current address</w:t>
            </w:r>
          </w:p>
        </w:tc>
        <w:tc>
          <w:tcPr>
            <w:tcW w:type="dxa" w:w="2778"/>
            <w:gridSpan w:val="3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Permanent address</w:t>
            </w:r>
          </w:p>
        </w:tc>
        <w:tc>
          <w:tcPr>
            <w:tcW w:type="dxa" w:w="2778"/>
            <w:gridSpan w:val="3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1D4ED8"/>
          <w:sz w:val="20"/>
        </w:rPr>
        <w:t>BANK AND TAX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778"/>
        <w:gridCol w:w="2041"/>
        <w:gridCol w:w="2778"/>
      </w:tblGrid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Bank name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Branch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Account / IBAN</w:t>
            </w:r>
          </w:p>
        </w:tc>
        <w:tc>
          <w:tcPr>
            <w:tcW w:type="dxa" w:w="2778"/>
            <w:gridSpan w:val="3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Tax no. (NTN / PAN)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Social security no.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1D4ED8"/>
          <w:sz w:val="20"/>
        </w:rPr>
        <w:t>EMERGENCY CONTACT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778"/>
        <w:gridCol w:w="2041"/>
        <w:gridCol w:w="2778"/>
      </w:tblGrid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Name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Relationship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Phone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Address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1D4ED8"/>
          <w:sz w:val="20"/>
        </w:rPr>
        <w:t>EDUCATION AND PREVIOUS EMPLOYMENT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608"/>
        <w:gridCol w:w="2835"/>
        <w:gridCol w:w="1928"/>
        <w:gridCol w:w="2268"/>
      </w:tblGrid>
      <w:tr>
        <w:tc>
          <w:tcPr>
            <w:tcW w:type="dxa" w:w="2608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Degree / company</w:t>
            </w:r>
          </w:p>
        </w:tc>
        <w:tc>
          <w:tcPr>
            <w:tcW w:type="dxa" w:w="2835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Institute / designation</w:t>
            </w:r>
          </w:p>
        </w:tc>
        <w:tc>
          <w:tcPr>
            <w:tcW w:type="dxa" w:w="1928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Year / period</w:t>
            </w:r>
          </w:p>
        </w:tc>
        <w:tc>
          <w:tcPr>
            <w:tcW w:type="dxa" w:w="2268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Grade / last salary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1D4ED8"/>
          <w:sz w:val="20"/>
        </w:rPr>
        <w:t>DOCUMENTS SUBMITTED (HR USE)</w:t>
      </w:r>
    </w:p>
    <w:p>
      <w:r>
        <w:rPr>
          <w:b w:val="0"/>
          <w:i w:val="0"/>
          <w:sz w:val="19"/>
        </w:rPr>
        <w:t>[ ] CV   [ ] ID copy   [ ] 2 photos   [ ] Degree copies   [ ] Experience / relieving letter   [ ] Bank details   [ ] Signed offer letter   [ ] Medical certificate</w:t>
      </w:r>
    </w:p>
    <w:p>
      <w:pPr>
        <w:spacing w:before="200"/>
      </w:pPr>
      <w:r>
        <w:rPr>
          <w:b w:val="0"/>
          <w:i w:val="0"/>
          <w:sz w:val="19"/>
        </w:rPr>
        <w:t>I declare that the information above is true and complete. I understand that false information may lead to cancellation of my appointment.</w:t>
      </w:r>
    </w:p>
    <w:p>
      <w:pPr>
        <w:spacing w:before="320"/>
      </w:pPr>
      <w:r>
        <w:rPr>
          <w:b w:val="0"/>
          <w:i w:val="0"/>
        </w:rPr>
        <w:t>Employee signature: ____________________   Date: ________     HR: ____________________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Joining Form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