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[HR/INT/2026/001]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INTERNSHIP CERTIFICATE — TO WHOM IT MAY CONCERN</w:t>
      </w:r>
    </w:p>
    <w:p>
      <w:pPr>
        <w:spacing w:after="160" w:line="300" w:lineRule="auto"/>
      </w:pPr>
      <w:r>
        <w:rPr>
          <w:b w:val="0"/>
          <w:i w:val="0"/>
        </w:rPr>
        <w:t>This is to certify that [Mr./Ms. Intern Full Name], a student of [Degree Program] at [University / College Name], has successfully completed an internship with [Company Name] in the [Department] department from [Start Date] to [End Date] ([x] weeks).</w:t>
      </w:r>
    </w:p>
    <w:p>
      <w:pPr>
        <w:spacing w:after="160" w:line="300" w:lineRule="auto"/>
      </w:pPr>
      <w:r>
        <w:rPr>
          <w:b w:val="0"/>
          <w:i w:val="0"/>
        </w:rPr>
        <w:t>During the internship, [he/she/they] worked on [main projects or tasks, e.g. preparing market research reports, testing the mobile app and supporting the social media team] under the supervision of [Supervisor Name, Designation].</w:t>
      </w:r>
    </w:p>
    <w:p>
      <w:pPr>
        <w:spacing w:after="160" w:line="300" w:lineRule="auto"/>
      </w:pPr>
      <w:r>
        <w:rPr>
          <w:b w:val="0"/>
          <w:i w:val="0"/>
        </w:rPr>
        <w:t>[He/She/They] showed [two or three qualities, e.g. a quick ability to learn, punctuality and good teamwork], and [his/her/their] conduct throughout the internship was [excellent / very good].</w:t>
      </w:r>
    </w:p>
    <w:p>
      <w:pPr>
        <w:spacing w:after="160" w:line="300" w:lineRule="auto"/>
      </w:pPr>
      <w:r>
        <w:rPr>
          <w:b w:val="0"/>
          <w:i w:val="0"/>
        </w:rPr>
        <w:t>We wish [him/her/them] every success in [his/her/their] studies and future career.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 / Internship Supervisor]</w:t>
      </w:r>
    </w:p>
    <w:p>
      <w:r>
        <w:rPr>
          <w:b w:val="0"/>
          <w:i w:val="0"/>
        </w:rPr>
        <w:t>[Company Name]  •  Company stamp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Certificate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