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824"/>
        <w:gridCol w:w="1814"/>
      </w:tblGrid>
      <w:tr>
        <w:tc>
          <w:tcPr>
            <w:tcW w:type="dxa" w:w="7824"/>
            <w:vAlign w:val="center"/>
          </w:tcPr>
          <w:p>
            <w:pPr>
              <w:spacing w:before="0" w:after="40"/>
            </w:pPr>
            <w:r>
              <w:rPr>
                <w:b/>
                <w:color w:val="1D4ED8"/>
                <w:spacing w:val="30"/>
                <w:sz w:val="22"/>
              </w:rPr>
              <w:t>CURRICULUM VITAE</w:t>
            </w:r>
          </w:p>
          <w:p>
            <w:pPr>
              <w:spacing w:before="0" w:after="40"/>
            </w:pPr>
            <w:r>
              <w:rPr>
                <w:b/>
                <w:sz w:val="44"/>
              </w:rPr>
              <w:t>YOUR FULL NAME</w:t>
            </w:r>
          </w:p>
          <w:p>
            <w:pPr>
              <w:spacing w:before="0" w:after="0"/>
            </w:pPr>
            <w:r>
              <w:rPr>
                <w:color w:val="475569"/>
                <w:sz w:val="20"/>
              </w:rPr>
              <w:t>Applied for: [Post Name, BPS-00] — Advertisement No. [00/2026]</w:t>
            </w:r>
          </w:p>
          <w:p>
            <w:pPr>
              <w:spacing w:before="0" w:after="40"/>
            </w:pPr>
            <w:r>
              <w:rPr>
                <w:color w:val="475569"/>
                <w:sz w:val="20"/>
              </w:rPr>
              <w:t>Mobile: 0300-0000000  •  Email: your.name@email.com</w:t>
            </w:r>
          </w:p>
        </w:tc>
        <w:tc>
          <w:tcPr>
            <w:tcW w:type="dxa" w:w="1814"/>
          </w:tcPr>
          <w:p>
            <w:pPr>
              <w:spacing w:before="0" w:after="8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080000" cy="13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PERSONAL INFORMATION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3005"/>
        <w:gridCol w:w="1701"/>
        <w:gridCol w:w="3118"/>
      </w:tblGrid>
      <w:tr>
        <w:tc>
          <w:tcPr>
            <w:tcW w:type="dxa" w:w="1814"/>
            <w:shd w:val="clear" w:color="auto" w:fill="EFF4FF"/>
          </w:tcPr>
          <w:p>
            <w:r/>
            <w:r>
              <w:rPr>
                <w:b/>
                <w:sz w:val="19"/>
              </w:rPr>
              <w:t>Father's name</w:t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sz w:val="19"/>
              </w:rPr>
              <w:t>[Father's Name]</w:t>
            </w:r>
          </w:p>
        </w:tc>
        <w:tc>
          <w:tcPr>
            <w:tcW w:type="dxa" w:w="1701"/>
            <w:shd w:val="clear" w:color="auto" w:fill="EFF4FF"/>
          </w:tcPr>
          <w:p>
            <w:r/>
            <w:r>
              <w:rPr>
                <w:b/>
                <w:sz w:val="19"/>
              </w:rPr>
              <w:t>CNIC No.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</w:rPr>
              <w:t>00000-0000000-0</w:t>
            </w:r>
          </w:p>
        </w:tc>
      </w:tr>
      <w:tr>
        <w:tc>
          <w:tcPr>
            <w:tcW w:type="dxa" w:w="1814"/>
            <w:shd w:val="clear" w:color="auto" w:fill="EFF4FF"/>
          </w:tcPr>
          <w:p>
            <w:r/>
            <w:r>
              <w:rPr>
                <w:b/>
                <w:sz w:val="19"/>
              </w:rPr>
              <w:t>Date of birth</w:t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1701"/>
            <w:shd w:val="clear" w:color="auto" w:fill="EFF4FF"/>
          </w:tcPr>
          <w:p>
            <w:r/>
            <w:r>
              <w:rPr>
                <w:b/>
                <w:sz w:val="19"/>
              </w:rPr>
              <w:t>Domicile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</w:rPr>
              <w:t>[District, Province]</w:t>
            </w:r>
          </w:p>
        </w:tc>
      </w:tr>
      <w:tr>
        <w:tc>
          <w:tcPr>
            <w:tcW w:type="dxa" w:w="1814"/>
            <w:shd w:val="clear" w:color="auto" w:fill="EFF4FF"/>
          </w:tcPr>
          <w:p>
            <w:r/>
            <w:r>
              <w:rPr>
                <w:b/>
                <w:sz w:val="19"/>
              </w:rPr>
              <w:t>Gender</w:t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sz w:val="19"/>
              </w:rPr>
              <w:t>[Male / Female]</w:t>
            </w:r>
          </w:p>
        </w:tc>
        <w:tc>
          <w:tcPr>
            <w:tcW w:type="dxa" w:w="1701"/>
            <w:shd w:val="clear" w:color="auto" w:fill="EFF4FF"/>
          </w:tcPr>
          <w:p>
            <w:r/>
            <w:r>
              <w:rPr>
                <w:b/>
                <w:sz w:val="19"/>
              </w:rPr>
              <w:t>Marital status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</w:rPr>
              <w:t>[Single / Married]</w:t>
            </w:r>
          </w:p>
        </w:tc>
      </w:tr>
      <w:tr>
        <w:tc>
          <w:tcPr>
            <w:tcW w:type="dxa" w:w="1814"/>
            <w:shd w:val="clear" w:color="auto" w:fill="EFF4FF"/>
          </w:tcPr>
          <w:p>
            <w:r/>
            <w:r>
              <w:rPr>
                <w:b/>
                <w:sz w:val="19"/>
              </w:rPr>
              <w:t>Postal address</w:t>
            </w:r>
          </w:p>
        </w:tc>
        <w:tc>
          <w:tcPr>
            <w:tcW w:type="dxa" w:w="3005"/>
          </w:tcPr>
          <w:p>
            <w:r/>
            <w:r>
              <w:rPr>
                <w:b w:val="0"/>
                <w:sz w:val="19"/>
              </w:rPr>
              <w:t>[House No., Street, Area, City]</w:t>
            </w:r>
          </w:p>
        </w:tc>
        <w:tc>
          <w:tcPr>
            <w:tcW w:type="dxa" w:w="1701"/>
            <w:shd w:val="clear" w:color="auto" w:fill="EFF4FF"/>
          </w:tcPr>
          <w:p>
            <w:r/>
            <w:r>
              <w:rPr>
                <w:b/>
                <w:sz w:val="19"/>
              </w:rPr>
              <w:t>Nationality</w:t>
            </w:r>
          </w:p>
        </w:tc>
        <w:tc>
          <w:tcPr>
            <w:tcW w:type="dxa" w:w="3118"/>
          </w:tcPr>
          <w:p>
            <w:r/>
            <w:r>
              <w:rPr>
                <w:b w:val="0"/>
                <w:sz w:val="19"/>
              </w:rPr>
              <w:t>Pakistani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ACADEMIC QUALIFICATIONS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835"/>
        <w:gridCol w:w="2381"/>
        <w:gridCol w:w="907"/>
        <w:gridCol w:w="1701"/>
        <w:gridCol w:w="1814"/>
      </w:tblGrid>
      <w:tr>
        <w:tc>
          <w:tcPr>
            <w:tcW w:type="dxa" w:w="2835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Degree / Certificate</w:t>
            </w:r>
          </w:p>
        </w:tc>
        <w:tc>
          <w:tcPr>
            <w:tcW w:type="dxa" w:w="238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Board / University</w:t>
            </w:r>
          </w:p>
        </w:tc>
        <w:tc>
          <w:tcPr>
            <w:tcW w:type="dxa" w:w="907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Year</w:t>
            </w:r>
          </w:p>
        </w:tc>
        <w:tc>
          <w:tcPr>
            <w:tcW w:type="dxa" w:w="170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Marks / CGPA</w:t>
            </w:r>
          </w:p>
        </w:tc>
        <w:tc>
          <w:tcPr>
            <w:tcW w:type="dxa" w:w="1814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Division / Grade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Matric (Science)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BISE [City]</w:t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9"/>
              </w:rPr>
              <w:t>2016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980 / 1100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9"/>
              </w:rPr>
              <w:t>1st / A+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Intermediate (FSc Pre-Engineering)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BISE [City]</w:t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9"/>
              </w:rPr>
              <w:t>2018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890 / 1100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9"/>
              </w:rPr>
              <w:t>1st / A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BS Computer Science (4 years)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[University Name]</w:t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9"/>
              </w:rPr>
              <w:t>2022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3.21 / 4.00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9"/>
              </w:rPr>
              <w:t>1st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9"/>
              </w:rPr>
              <w:t>[MS / MPhil, if any]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9"/>
              </w:rPr>
              <w:t>[University Name]</w:t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9"/>
              </w:rPr>
              <w:t>[Year]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EXPERIENCE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268"/>
        <w:gridCol w:w="2154"/>
        <w:gridCol w:w="1020"/>
        <w:gridCol w:w="1020"/>
        <w:gridCol w:w="3175"/>
      </w:tblGrid>
      <w:tr>
        <w:tc>
          <w:tcPr>
            <w:tcW w:type="dxa" w:w="2268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Post / Designation</w:t>
            </w:r>
          </w:p>
        </w:tc>
        <w:tc>
          <w:tcPr>
            <w:tcW w:type="dxa" w:w="2154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Organisation</w:t>
            </w:r>
          </w:p>
        </w:tc>
        <w:tc>
          <w:tcPr>
            <w:tcW w:type="dxa" w:w="1020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From</w:t>
            </w:r>
          </w:p>
        </w:tc>
        <w:tc>
          <w:tcPr>
            <w:tcW w:type="dxa" w:w="1020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To</w:t>
            </w:r>
          </w:p>
        </w:tc>
        <w:tc>
          <w:tcPr>
            <w:tcW w:type="dxa" w:w="3175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Nature of duties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Computer Operator (Contract)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9"/>
              </w:rPr>
              <w:t>[Department, City]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</w:rPr>
              <w:t>01-2023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</w:rPr>
              <w:t>Present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19"/>
              </w:rPr>
              <w:t>Data entry, record management, MS Office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sz w:val="19"/>
              </w:rPr>
              <w:t>Intern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9"/>
              </w:rPr>
              <w:t>[Organisation, City]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</w:rPr>
              <w:t>07-2022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19"/>
              </w:rPr>
              <w:t>12-2022</w:t>
            </w:r>
          </w:p>
        </w:tc>
        <w:tc>
          <w:tcPr>
            <w:tcW w:type="dxa" w:w="3175"/>
          </w:tcPr>
          <w:p>
            <w:r/>
            <w:r>
              <w:rPr>
                <w:b w:val="0"/>
                <w:sz w:val="19"/>
              </w:rPr>
              <w:t>Office support and reporting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PROFESSIONAL TRAINING &amp; SKILLS</w:t>
      </w:r>
    </w:p>
    <w:p>
      <w:pPr>
        <w:pStyle w:val="ListBullet"/>
        <w:spacing w:after="20"/>
      </w:pPr>
      <w:r>
        <w:t>Certificate in Information Technology (6 months) — [Institute], 2023</w:t>
      </w:r>
    </w:p>
    <w:p>
      <w:pPr>
        <w:pStyle w:val="ListBullet"/>
        <w:spacing w:after="20"/>
      </w:pPr>
      <w:r>
        <w:t>Typing speed: [40] words per minute (English), [25] (Urdu)</w:t>
      </w:r>
    </w:p>
    <w:p>
      <w:pPr>
        <w:pStyle w:val="ListBullet"/>
        <w:spacing w:after="20"/>
      </w:pPr>
      <w:r>
        <w:t>MS Word, Excel, PowerPoint, email and internet; basic office management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LANGUAGES</w:t>
      </w:r>
    </w:p>
    <w:p>
      <w:r>
        <w:t>Urdu, English, [Punjabi / Sindhi / Pashto / Balochi]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REFERENCES</w:t>
      </w:r>
    </w:p>
    <w:p>
      <w:r>
        <w:t>1. [Name, Designation, Organisation, Phone]    2. [Name, Designation, Organisation, Phone]</w:t>
      </w:r>
    </w:p>
    <w:p>
      <w:pPr>
        <w:spacing w:before="200"/>
      </w:pPr>
      <w:r>
        <w:rPr>
          <w:b w:val="0"/>
          <w:i/>
          <w:color w:val="475569"/>
          <w:sz w:val="19"/>
        </w:rPr>
        <w:t>I declare that the information above is true and correct to the best of my knowledge.</w:t>
      </w:r>
    </w:p>
    <w:p>
      <w:pPr>
        <w:tabs>
          <w:tab w:pos="9638" w:val="right"/>
        </w:tabs>
        <w:spacing w:before="80"/>
      </w:pPr>
      <w:r>
        <w:rPr>
          <w:b/>
        </w:rPr>
        <w:t>Signature: ____________________</w:t>
      </w:r>
      <w:r>
        <w:rPr>
          <w:color w:val="475569"/>
          <w:sz w:val="20"/>
        </w:rPr>
        <w:tab/>
        <w:t>Date: [DD-MM-YYYY]</w:t>
      </w:r>
    </w:p>
    <w:sectPr w:rsidR="00FC693F" w:rsidRPr="0006063C" w:rsidSect="00034616"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Job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