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257"/>
        <w:gridCol w:w="2154"/>
      </w:tblGrid>
      <w:tr>
        <w:tc>
          <w:tcPr>
            <w:tcW w:type="dxa" w:w="7257"/>
            <w:vAlign w:val="bottom"/>
          </w:tcPr>
          <w:p>
            <w:pPr>
              <w:spacing w:before="0" w:after="40"/>
            </w:pPr>
            <w:r>
              <w:rPr>
                <w:b/>
                <w:color w:val="475569"/>
                <w:spacing w:val="80"/>
                <w:sz w:val="20"/>
              </w:rPr>
              <w:t>LEBENSLAUF</w:t>
            </w:r>
          </w:p>
          <w:p>
            <w:pPr>
              <w:spacing w:before="0" w:after="0"/>
            </w:pPr>
            <w:r>
              <w:rPr>
                <w:b/>
                <w:color w:val="1F3A5F"/>
                <w:sz w:val="52"/>
              </w:rPr>
              <w:t>Vorname Nachname</w:t>
            </w:r>
          </w:p>
          <w:p>
            <w:pPr>
              <w:spacing w:before="0" w:after="80"/>
            </w:pPr>
            <w:r>
              <w:rPr>
                <w:color w:val="475569"/>
                <w:sz w:val="26"/>
              </w:rPr>
              <w:t>Softwareentwickler (Backend)</w:t>
            </w:r>
          </w:p>
        </w:tc>
        <w:tc>
          <w:tcPr>
            <w:tcW w:type="dxa" w:w="2154"/>
          </w:tcPr>
          <w:p>
            <w:pPr>
              <w:spacing w:before="0" w:after="8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60000" cy="15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5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pBdr>
          <w:bottom w:val="single" w:sz="12" w:space="3" w:color="1F3A5F"/>
        </w:pBdr>
        <w:spacing w:before="0" w:after="80"/>
      </w:pPr>
    </w:p>
    <w:p>
      <w:pPr>
        <w:keepNext/>
        <w:pBdr>
          <w:bottom w:val="single" w:sz="6" w:space="3" w:color="D6DEE8"/>
        </w:pBdr>
        <w:spacing w:before="240" w:after="60"/>
      </w:pPr>
      <w:r>
        <w:rPr>
          <w:b/>
          <w:color w:val="1F3A5F"/>
          <w:sz w:val="24"/>
        </w:rPr>
        <w:t>Persönliche Daten</w:t>
      </w:r>
    </w:p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Anschrift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t>Musterstraße 12, 10115 Berlin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20" w:after="20"/>
            </w:pPr>
            <w:r>
              <w:rPr>
                <w:color w:val="475569"/>
                <w:sz w:val="19"/>
              </w:rPr>
              <w:t>Telefon</w:t>
            </w:r>
          </w:p>
        </w:tc>
        <w:tc>
          <w:tcPr>
            <w:tcW w:type="dxa" w:w="7030"/>
          </w:tcPr>
          <w:p>
            <w:pPr>
              <w:spacing w:before="20" w:after="20"/>
            </w:pPr>
            <w:r>
              <w:t>+49 170 0000000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20" w:after="20"/>
            </w:pPr>
            <w:r>
              <w:rPr>
                <w:color w:val="475569"/>
                <w:sz w:val="19"/>
              </w:rPr>
              <w:t>E-Mail</w:t>
            </w:r>
          </w:p>
        </w:tc>
        <w:tc>
          <w:tcPr>
            <w:tcW w:type="dxa" w:w="7030"/>
          </w:tcPr>
          <w:p>
            <w:pPr>
              <w:spacing w:before="20" w:after="20"/>
            </w:pPr>
            <w:r>
              <w:t>vorname.nachname@email.de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20" w:after="20"/>
            </w:pPr>
            <w:r>
              <w:rPr>
                <w:color w:val="475569"/>
                <w:sz w:val="19"/>
              </w:rPr>
              <w:t>Geburtsdatum</w:t>
            </w:r>
          </w:p>
        </w:tc>
        <w:tc>
          <w:tcPr>
            <w:tcW w:type="dxa" w:w="7030"/>
          </w:tcPr>
          <w:p>
            <w:pPr>
              <w:spacing w:before="20" w:after="20"/>
            </w:pPr>
            <w:r>
              <w:t>[TT.MM.JJJJ] in [Geburtsort]  (optional)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20" w:after="20"/>
            </w:pPr>
            <w:r>
              <w:rPr>
                <w:color w:val="475569"/>
                <w:sz w:val="19"/>
              </w:rPr>
              <w:t>Staatsangehörigkeit</w:t>
            </w:r>
          </w:p>
        </w:tc>
        <w:tc>
          <w:tcPr>
            <w:tcW w:type="dxa" w:w="7030"/>
          </w:tcPr>
          <w:p>
            <w:pPr>
              <w:spacing w:before="20" w:after="20"/>
            </w:pPr>
            <w:r>
              <w:t>[deutsch]  (optional)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20" w:after="20"/>
            </w:pPr>
            <w:r>
              <w:rPr>
                <w:color w:val="475569"/>
                <w:sz w:val="19"/>
              </w:rPr>
              <w:t>LinkedIn / XING</w:t>
            </w:r>
          </w:p>
        </w:tc>
        <w:tc>
          <w:tcPr>
            <w:tcW w:type="dxa" w:w="7030"/>
          </w:tcPr>
          <w:p>
            <w:pPr>
              <w:spacing w:before="20" w:after="20"/>
            </w:pPr>
            <w:r>
              <w:t>linkedin.com/in/vorname-nachname</w:t>
            </w:r>
          </w:p>
        </w:tc>
      </w:tr>
    </w:tbl>
    <w:p>
      <w:pPr>
        <w:keepNext/>
        <w:pBdr>
          <w:bottom w:val="single" w:sz="6" w:space="3" w:color="D6DEE8"/>
        </w:pBdr>
        <w:spacing w:before="240" w:after="60"/>
      </w:pPr>
      <w:r>
        <w:rPr>
          <w:b/>
          <w:color w:val="1F3A5F"/>
          <w:sz w:val="24"/>
        </w:rPr>
        <w:t>Berufserfahrung</w:t>
      </w:r>
    </w:p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04/2022 – heute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rPr>
                <w:b/>
              </w:rPr>
              <w:t>Softwareentwickler (Backend)</w:t>
            </w:r>
          </w:p>
          <w:p>
            <w:pPr>
              <w:spacing w:before="0" w:after="20"/>
            </w:pPr>
            <w:r>
              <w:rPr>
                <w:color w:val="1F3A5F"/>
              </w:rPr>
              <w:t>Muster GmbH, Berlin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1F3A5F"/>
              </w:rPr>
              <w:t>•</w:t>
              <w:tab/>
            </w:r>
            <w:r>
              <w:t>Entwicklung und Betrieb von REST-APIs in Java (Spring Boot) für über 200.000 Nutzer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1F3A5F"/>
              </w:rPr>
              <w:t>•</w:t>
              <w:tab/>
            </w:r>
            <w:r>
              <w:t>Antwortzeiten um 40 % verkürzt durch Caching und Datenbankoptimierung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1F3A5F"/>
              </w:rPr>
              <w:t>•</w:t>
              <w:tab/>
            </w:r>
            <w:r>
              <w:t>Fachliche Betreuung von zwei Werkstudierenden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140" w:after="20"/>
            </w:pPr>
            <w:r>
              <w:rPr>
                <w:color w:val="475569"/>
                <w:sz w:val="19"/>
              </w:rPr>
              <w:t>10/2019 – 03/2022</w:t>
            </w:r>
          </w:p>
        </w:tc>
        <w:tc>
          <w:tcPr>
            <w:tcW w:type="dxa" w:w="7030"/>
          </w:tcPr>
          <w:p>
            <w:pPr>
              <w:spacing w:before="140" w:after="20"/>
            </w:pPr>
            <w:r>
              <w:rPr>
                <w:b/>
              </w:rPr>
              <w:t>Junior-Softwareentwickler</w:t>
            </w:r>
          </w:p>
          <w:p>
            <w:pPr>
              <w:spacing w:before="0" w:after="20"/>
            </w:pPr>
            <w:r>
              <w:rPr>
                <w:color w:val="1F3A5F"/>
              </w:rPr>
              <w:t>Beispiel AG, München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1F3A5F"/>
              </w:rPr>
              <w:t>•</w:t>
              <w:tab/>
            </w:r>
            <w:r>
              <w:t>Umstellung einer monolithischen Anwendung auf Microservices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1F3A5F"/>
              </w:rPr>
              <w:t>•</w:t>
              <w:tab/>
            </w:r>
            <w:r>
              <w:t>Testabdeckung durch automatisierte Tests von 35 % auf 80 % erhöht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140" w:after="20"/>
            </w:pPr>
            <w:r>
              <w:rPr>
                <w:color w:val="475569"/>
                <w:sz w:val="19"/>
              </w:rPr>
              <w:t>04/2018 – 09/2018</w:t>
            </w:r>
          </w:p>
        </w:tc>
        <w:tc>
          <w:tcPr>
            <w:tcW w:type="dxa" w:w="7030"/>
          </w:tcPr>
          <w:p>
            <w:pPr>
              <w:spacing w:before="140" w:after="20"/>
            </w:pPr>
            <w:r>
              <w:rPr>
                <w:b/>
              </w:rPr>
              <w:t>Praktikum Softwareentwicklung</w:t>
            </w:r>
          </w:p>
          <w:p>
            <w:pPr>
              <w:spacing w:before="0" w:after="20"/>
            </w:pPr>
            <w:r>
              <w:rPr>
                <w:color w:val="1F3A5F"/>
              </w:rPr>
              <w:t>Firma XY, Hamburg</w:t>
            </w:r>
          </w:p>
        </w:tc>
      </w:tr>
    </w:tbl>
    <w:p>
      <w:pPr>
        <w:keepNext/>
        <w:pBdr>
          <w:bottom w:val="single" w:sz="6" w:space="3" w:color="D6DEE8"/>
        </w:pBdr>
        <w:spacing w:before="240" w:after="60"/>
      </w:pPr>
      <w:r>
        <w:rPr>
          <w:b/>
          <w:color w:val="1F3A5F"/>
          <w:sz w:val="24"/>
        </w:rPr>
        <w:t>Ausbildung</w:t>
      </w:r>
    </w:p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10/2017 – 09/2019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rPr>
                <w:b/>
              </w:rPr>
              <w:t>M.Sc. Informatik</w:t>
            </w:r>
          </w:p>
          <w:p>
            <w:pPr>
              <w:spacing w:before="0" w:after="20"/>
            </w:pPr>
            <w:r>
              <w:rPr>
                <w:color w:val="1F3A5F"/>
              </w:rPr>
              <w:t>Technische Universität [Stadt]</w:t>
            </w:r>
          </w:p>
          <w:p>
            <w:pPr>
              <w:spacing w:before="0" w:after="20"/>
            </w:pPr>
            <w:r>
              <w:rPr>
                <w:color w:val="475569"/>
                <w:sz w:val="19"/>
              </w:rPr>
              <w:t>Abschlussnote: 1,7  •  Masterarbeit: „Skalierbare Datenverarbeitung mit Apache Kafka“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140" w:after="20"/>
            </w:pPr>
            <w:r>
              <w:rPr>
                <w:color w:val="475569"/>
                <w:sz w:val="19"/>
              </w:rPr>
              <w:t>10/2014 – 09/2017</w:t>
            </w:r>
          </w:p>
        </w:tc>
        <w:tc>
          <w:tcPr>
            <w:tcW w:type="dxa" w:w="7030"/>
          </w:tcPr>
          <w:p>
            <w:pPr>
              <w:spacing w:before="140" w:after="20"/>
            </w:pPr>
            <w:r>
              <w:rPr>
                <w:b/>
              </w:rPr>
              <w:t>B.Sc. Informatik</w:t>
            </w:r>
          </w:p>
          <w:p>
            <w:pPr>
              <w:spacing w:before="0" w:after="20"/>
            </w:pPr>
            <w:r>
              <w:rPr>
                <w:color w:val="1F3A5F"/>
              </w:rPr>
              <w:t>Universität [Stadt]</w:t>
            </w:r>
          </w:p>
          <w:p>
            <w:pPr>
              <w:spacing w:before="0" w:after="20"/>
            </w:pPr>
            <w:r>
              <w:rPr>
                <w:color w:val="475569"/>
                <w:sz w:val="19"/>
              </w:rPr>
              <w:t>Abschlussnote: 2,0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140" w:after="20"/>
            </w:pPr>
            <w:r>
              <w:rPr>
                <w:color w:val="475569"/>
                <w:sz w:val="19"/>
              </w:rPr>
              <w:t>06/2014</w:t>
            </w:r>
          </w:p>
        </w:tc>
        <w:tc>
          <w:tcPr>
            <w:tcW w:type="dxa" w:w="7030"/>
          </w:tcPr>
          <w:p>
            <w:pPr>
              <w:spacing w:before="140" w:after="20"/>
            </w:pPr>
            <w:r>
              <w:rPr>
                <w:b/>
              </w:rPr>
              <w:t>Abitur</w:t>
            </w:r>
          </w:p>
          <w:p>
            <w:pPr>
              <w:spacing w:before="0" w:after="20"/>
            </w:pPr>
            <w:r>
              <w:rPr>
                <w:color w:val="1F3A5F"/>
              </w:rPr>
              <w:t>[Name des Gymnasiums], [Stadt]</w:t>
            </w:r>
          </w:p>
          <w:p>
            <w:pPr>
              <w:spacing w:before="0" w:after="20"/>
            </w:pPr>
            <w:r>
              <w:rPr>
                <w:color w:val="475569"/>
                <w:sz w:val="19"/>
              </w:rPr>
              <w:t>Note: 2,1</w:t>
            </w:r>
          </w:p>
        </w:tc>
      </w:tr>
    </w:tbl>
    <w:p>
      <w:pPr>
        <w:keepNext/>
        <w:pBdr>
          <w:bottom w:val="single" w:sz="6" w:space="3" w:color="D6DEE8"/>
        </w:pBdr>
        <w:spacing w:before="240" w:after="60"/>
      </w:pPr>
      <w:r>
        <w:rPr>
          <w:b/>
          <w:color w:val="1F3A5F"/>
          <w:sz w:val="24"/>
        </w:rPr>
        <w:t>Weiterbildung</w:t>
      </w:r>
    </w:p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03/2023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t>AWS Certified Developer – Associate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11/2021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t>Professional Scrum Master I (PSM I), Scrum.org</w:t>
            </w:r>
          </w:p>
        </w:tc>
      </w:tr>
    </w:tbl>
    <w:p>
      <w:pPr>
        <w:keepNext/>
        <w:pBdr>
          <w:bottom w:val="single" w:sz="6" w:space="3" w:color="D6DEE8"/>
        </w:pBdr>
        <w:spacing w:before="240" w:after="60"/>
      </w:pPr>
      <w:r>
        <w:rPr>
          <w:b/>
          <w:color w:val="1F3A5F"/>
          <w:sz w:val="24"/>
        </w:rPr>
        <w:t>Kenntnisse</w:t>
      </w:r>
    </w:p>
    <w:tbl>
      <w:tblPr>
        <w:tblW w:w="94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Sprachen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t>Deutsch (Muttersprache), Englisch (verhandlungssicher, C1), Spanisch (Grundkenntnisse, A2)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IT-Kenntnisse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t>Java, Python, SQL, Spring Boot, Docker, Kubernetes, Git</w:t>
            </w:r>
          </w:p>
        </w:tc>
      </w:tr>
      <w:tr>
        <w:tc>
          <w:tcPr>
            <w:tcW w:type="dxa" w:w="2381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Führerschein</w:t>
            </w:r>
          </w:p>
        </w:tc>
        <w:tc>
          <w:tcPr>
            <w:tcW w:type="dxa" w:w="7030"/>
          </w:tcPr>
          <w:p>
            <w:pPr>
              <w:spacing w:before="40" w:after="20"/>
            </w:pPr>
            <w:r>
              <w:t>Klasse B</w:t>
            </w:r>
          </w:p>
        </w:tc>
      </w:tr>
    </w:tbl>
    <w:p>
      <w:pPr>
        <w:keepNext/>
        <w:pBdr>
          <w:bottom w:val="single" w:sz="6" w:space="3" w:color="D6DEE8"/>
        </w:pBdr>
        <w:spacing w:before="240" w:after="60"/>
      </w:pPr>
      <w:r>
        <w:rPr>
          <w:b/>
          <w:color w:val="1F3A5F"/>
          <w:sz w:val="24"/>
        </w:rPr>
        <w:t>Interessen</w:t>
      </w:r>
    </w:p>
    <w:p>
      <w:pPr>
        <w:spacing w:before="0" w:after="40"/>
      </w:pPr>
      <w:r>
        <w:t>Ehrenamtlicher Jugendtrainer im Sportverein, Laufen (Halbmarathon), Fotografie</w:t>
      </w:r>
    </w:p>
    <w:p>
      <w:pPr>
        <w:spacing w:before="440" w:after="400"/>
      </w:pPr>
      <w:r>
        <w:t>Berlin, [TT.MM.JJJJ]</w:t>
      </w:r>
    </w:p>
    <w:p>
      <w:pPr>
        <w:spacing w:before="0" w:after="0"/>
      </w:pPr>
      <w:r>
        <w:rPr>
          <w:color w:val="475569"/>
        </w:rPr>
        <w:t>______________________________</w:t>
      </w:r>
    </w:p>
    <w:p>
      <w:pPr>
        <w:spacing w:before="0" w:after="40"/>
      </w:pPr>
      <w:r>
        <w:t>Vorname Nachname</w:t>
      </w:r>
    </w:p>
    <w:sectPr w:rsidR="00FC693F" w:rsidRPr="0006063C" w:rsidSect="00034616">
      <w:pgSz w:w="11906" w:h="16838"/>
      <w:pgMar w:top="907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