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i w:val="0"/>
          <w:color w:val="0F172A"/>
          <w:sz w:val="44"/>
        </w:rPr>
        <w:t>YOUR FULL NAME</w:t>
      </w:r>
    </w:p>
    <w:p>
      <w:r>
        <w:rPr>
          <w:b w:val="0"/>
          <w:i w:val="0"/>
          <w:color w:val="1D4ED8"/>
          <w:sz w:val="24"/>
        </w:rPr>
        <w:t>Graduate in BS Computer Science  |  Junior Software Developer</w:t>
      </w:r>
    </w:p>
    <w:p>
      <w:pPr>
        <w:spacing w:after="80"/>
      </w:pPr>
      <w:r>
        <w:rPr>
          <w:b w:val="0"/>
          <w:i w:val="0"/>
          <w:color w:val="475569"/>
          <w:sz w:val="19"/>
        </w:rPr>
        <w:t>City, Country  •  +00 300 0000000  •  your.name@email.com  •  linkedin.com/in/yourname  •  github.com/yourname</w:t>
      </w:r>
    </w:p>
    <w:p>
      <w:pPr>
        <w:spacing w:after="80" w:before="180"/>
        <w:pBdr>
          <w:bottom w:val="single" w:sz="8" w:space="2" w:color="1D4ED8"/>
        </w:pBdr>
      </w:pPr>
      <w:r>
        <w:rPr>
          <w:b/>
          <w:color w:val="1D4ED8"/>
          <w:sz w:val="22"/>
        </w:rPr>
        <w:t>PROFILE</w:t>
      </w:r>
    </w:p>
    <w:p>
      <w:r>
        <w:t>Recent computer science graduate with hands-on project experience in web development and databases. Comfortable with JavaScript, Python and SQL, and used to working in small teams to deadlines. Looking for an entry-level developer role where I can learn quickly and ship useful features. (Write 2–3 lines: who you are, your strongest skills, the job you want.)</w:t>
      </w:r>
    </w:p>
    <w:p>
      <w:pPr>
        <w:spacing w:after="80" w:before="180"/>
        <w:pBdr>
          <w:bottom w:val="single" w:sz="8" w:space="2" w:color="1D4ED8"/>
        </w:pBdr>
      </w:pPr>
      <w:r>
        <w:rPr>
          <w:b/>
          <w:color w:val="1D4ED8"/>
          <w:sz w:val="22"/>
        </w:rPr>
        <w:t>EDUCATION</w:t>
      </w:r>
    </w:p>
    <w:p>
      <w:pPr>
        <w:tabs>
          <w:tab w:pos="9638" w:val="right"/>
        </w:tabs>
        <w:spacing w:before="80"/>
      </w:pPr>
      <w:r>
        <w:rPr>
          <w:b/>
        </w:rPr>
        <w:t>BS Computer Science — University Name</w:t>
      </w:r>
      <w:r>
        <w:rPr>
          <w:color w:val="475569"/>
          <w:sz w:val="20"/>
        </w:rPr>
        <w:tab/>
        <w:t>2022 – 2026</w:t>
      </w:r>
    </w:p>
    <w:p>
      <w:r>
        <w:rPr>
          <w:b w:val="0"/>
          <w:i/>
          <w:color w:val="475569"/>
        </w:rPr>
        <w:t>CGPA 3.4 / 4.0  •  Final year project: Online appointment booking system</w:t>
      </w:r>
    </w:p>
    <w:p>
      <w:pPr>
        <w:pStyle w:val="ListBullet"/>
        <w:spacing w:after="20"/>
      </w:pPr>
      <w:r>
        <w:t>Relevant courses: Data Structures, Databases, Web Engineering, Software Engineering</w:t>
      </w:r>
    </w:p>
    <w:p>
      <w:pPr>
        <w:tabs>
          <w:tab w:pos="9638" w:val="right"/>
        </w:tabs>
        <w:spacing w:before="80"/>
      </w:pPr>
      <w:r>
        <w:rPr>
          <w:b/>
        </w:rPr>
        <w:t>Intermediate (FSc Pre-Engineering) — College Name</w:t>
      </w:r>
      <w:r>
        <w:rPr>
          <w:color w:val="475569"/>
          <w:sz w:val="20"/>
        </w:rPr>
        <w:tab/>
        <w:t>2020 – 2022</w:t>
      </w:r>
    </w:p>
    <w:p>
      <w:r>
        <w:rPr>
          <w:b w:val="0"/>
          <w:i/>
          <w:color w:val="475569"/>
        </w:rPr>
        <w:t>Marks: 920 / 1100</w:t>
      </w:r>
    </w:p>
    <w:p>
      <w:pPr>
        <w:spacing w:after="80" w:before="180"/>
        <w:pBdr>
          <w:bottom w:val="single" w:sz="8" w:space="2" w:color="1D4ED8"/>
        </w:pBdr>
      </w:pPr>
      <w:r>
        <w:rPr>
          <w:b/>
          <w:color w:val="1D4ED8"/>
          <w:sz w:val="22"/>
        </w:rPr>
        <w:t>PROJECTS</w:t>
      </w:r>
    </w:p>
    <w:p>
      <w:pPr>
        <w:tabs>
          <w:tab w:pos="9638" w:val="right"/>
        </w:tabs>
        <w:spacing w:before="80"/>
      </w:pPr>
      <w:r>
        <w:rPr>
          <w:b/>
        </w:rPr>
        <w:t>Appointment Booking System (Final Year Project)</w:t>
      </w:r>
      <w:r>
        <w:rPr>
          <w:color w:val="475569"/>
          <w:sz w:val="20"/>
        </w:rPr>
        <w:tab/>
        <w:t>React, Node.js, MySQL</w:t>
      </w:r>
    </w:p>
    <w:p>
      <w:pPr>
        <w:pStyle w:val="ListBullet"/>
        <w:spacing w:after="20"/>
      </w:pPr>
      <w:r>
        <w:t>Built a web app for clinics to manage bookings; used by 3 test clinics during the pilot.</w:t>
      </w:r>
    </w:p>
    <w:p>
      <w:pPr>
        <w:pStyle w:val="ListBullet"/>
        <w:spacing w:after="20"/>
      </w:pPr>
      <w:r>
        <w:t>Designed the database schema and REST API; cut booking time from 5 minutes to under 1.</w:t>
      </w:r>
    </w:p>
    <w:p>
      <w:pPr>
        <w:tabs>
          <w:tab w:pos="9638" w:val="right"/>
        </w:tabs>
        <w:spacing w:before="80"/>
      </w:pPr>
      <w:r>
        <w:rPr>
          <w:b/>
        </w:rPr>
        <w:t>Expense Tracker App</w:t>
      </w:r>
      <w:r>
        <w:rPr>
          <w:color w:val="475569"/>
          <w:sz w:val="20"/>
        </w:rPr>
        <w:tab/>
        <w:t>Python, SQLite</w:t>
      </w:r>
    </w:p>
    <w:p>
      <w:pPr>
        <w:pStyle w:val="ListBullet"/>
        <w:spacing w:after="20"/>
      </w:pPr>
      <w:r>
        <w:t>Desktop app with monthly charts and CSV export; published the code on GitHub.</w:t>
      </w:r>
    </w:p>
    <w:p>
      <w:pPr>
        <w:spacing w:after="80" w:before="180"/>
        <w:pBdr>
          <w:bottom w:val="single" w:sz="8" w:space="2" w:color="1D4ED8"/>
        </w:pBdr>
      </w:pPr>
      <w:r>
        <w:rPr>
          <w:b/>
          <w:color w:val="1D4ED8"/>
          <w:sz w:val="22"/>
        </w:rPr>
        <w:t>EXPERIENCE</w:t>
      </w:r>
    </w:p>
    <w:p>
      <w:pPr>
        <w:tabs>
          <w:tab w:pos="9638" w:val="right"/>
        </w:tabs>
        <w:spacing w:before="80"/>
      </w:pPr>
      <w:r>
        <w:rPr>
          <w:b/>
        </w:rPr>
        <w:t>Web Development Intern — Company Name, City</w:t>
      </w:r>
      <w:r>
        <w:rPr>
          <w:color w:val="475569"/>
          <w:sz w:val="20"/>
        </w:rPr>
        <w:tab/>
        <w:t>Jun 2025 – Aug 2025</w:t>
      </w:r>
    </w:p>
    <w:p>
      <w:pPr>
        <w:pStyle w:val="ListBullet"/>
        <w:spacing w:after="20"/>
      </w:pPr>
      <w:r>
        <w:t>Fixed 20+ front-end bugs and built two landing pages with HTML, CSS and JavaScript.</w:t>
      </w:r>
    </w:p>
    <w:p>
      <w:pPr>
        <w:pStyle w:val="ListBullet"/>
        <w:spacing w:after="20"/>
      </w:pPr>
      <w:r>
        <w:t>Wrote short user guides for the support team.</w:t>
      </w:r>
    </w:p>
    <w:p>
      <w:pPr>
        <w:spacing w:after="80" w:before="180"/>
        <w:pBdr>
          <w:bottom w:val="single" w:sz="8" w:space="2" w:color="1D4ED8"/>
        </w:pBdr>
      </w:pPr>
      <w:r>
        <w:rPr>
          <w:b/>
          <w:color w:val="1D4ED8"/>
          <w:sz w:val="22"/>
        </w:rPr>
        <w:t>SKILLS</w:t>
      </w:r>
    </w:p>
    <w:p>
      <w:r>
        <w:rPr>
          <w:b/>
        </w:rPr>
        <w:t xml:space="preserve">Technical: </w:t>
      </w:r>
      <w:r>
        <w:t>JavaScript, React, Python, SQL, Git, HTML/CSS</w:t>
      </w:r>
    </w:p>
    <w:p>
      <w:r>
        <w:rPr>
          <w:b/>
        </w:rPr>
        <w:t xml:space="preserve">Tools: </w:t>
      </w:r>
      <w:r>
        <w:t>VS Code, GitHub, Figma, MS Office</w:t>
      </w:r>
    </w:p>
    <w:p>
      <w:r>
        <w:rPr>
          <w:b/>
        </w:rPr>
        <w:t xml:space="preserve">Soft skills: </w:t>
      </w:r>
      <w:r>
        <w:t>Teamwork, clear writing, time management</w:t>
      </w:r>
    </w:p>
    <w:p>
      <w:pPr>
        <w:spacing w:after="80" w:before="180"/>
        <w:pBdr>
          <w:bottom w:val="single" w:sz="8" w:space="2" w:color="1D4ED8"/>
        </w:pBdr>
      </w:pPr>
      <w:r>
        <w:rPr>
          <w:b/>
          <w:color w:val="1D4ED8"/>
          <w:sz w:val="22"/>
        </w:rPr>
        <w:t>CERTIFICATIONS &amp; ACTIVITIES</w:t>
      </w:r>
    </w:p>
    <w:p>
      <w:pPr>
        <w:pStyle w:val="ListBullet"/>
        <w:spacing w:after="20"/>
      </w:pPr>
      <w:r>
        <w:t>Google IT Support Certificate (Coursera), 2025</w:t>
      </w:r>
    </w:p>
    <w:p>
      <w:pPr>
        <w:pStyle w:val="ListBullet"/>
        <w:spacing w:after="20"/>
      </w:pPr>
      <w:r>
        <w:t>Member, university computing society; organised a 2-day coding competition</w:t>
      </w:r>
    </w:p>
    <w:p>
      <w:pPr>
        <w:spacing w:after="80" w:before="180"/>
        <w:pBdr>
          <w:bottom w:val="single" w:sz="8" w:space="2" w:color="1D4ED8"/>
        </w:pBdr>
      </w:pPr>
      <w:r>
        <w:rPr>
          <w:b/>
          <w:color w:val="1D4ED8"/>
          <w:sz w:val="22"/>
        </w:rPr>
        <w:t>LANGUAGES</w:t>
      </w:r>
    </w:p>
    <w:p>
      <w:r>
        <w:t>English (fluent), Urdu (native)</w:t>
      </w:r>
    </w:p>
    <w:p>
      <w:pPr>
        <w:spacing w:after="80" w:before="180"/>
        <w:pBdr>
          <w:bottom w:val="single" w:sz="8" w:space="2" w:color="1D4ED8"/>
        </w:pBdr>
      </w:pPr>
      <w:r>
        <w:rPr>
          <w:b/>
          <w:color w:val="1D4ED8"/>
          <w:sz w:val="22"/>
        </w:rPr>
        <w:t>REFERENCES</w:t>
      </w:r>
    </w:p>
    <w:p>
      <w:r>
        <w:t>Available on request.</w:t>
      </w:r>
    </w:p>
    <w:sectPr w:rsidR="00FC693F" w:rsidRPr="0006063C" w:rsidSect="00034616">
      <w:pgSz w:w="11906" w:h="16838"/>
      <w:pgMar w:top="794" w:right="1134" w:bottom="79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64" w:lineRule="auto"/>
    </w:pPr>
    <w:rPr>
      <w:rFonts w:ascii="Calibri" w:hAnsi="Calibri" w:eastAsia="Calibri"/>
      <w:color w:val="0F172A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Fresh Graduate CV Template</dc:title>
  <dc:subject/>
  <dc:creator>FileConvy</dc:creator>
  <cp:keywords/>
  <dc:description>Free template from https://www.fileconvy.com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