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INVOICE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Invoice no. </w:t>
            </w:r>
            <w:r>
              <w:rPr>
                <w:b/>
              </w:rPr>
              <w:t>INV-0001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Due 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Project: </w:t>
            </w:r>
            <w:r>
              <w:rPr>
                <w:b/>
              </w:rPr>
              <w:t>[Project name]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BILL TO</w:t>
      </w:r>
    </w:p>
    <w:p>
      <w:r>
        <w:rPr>
          <w:b w:val="0"/>
          <w:i w:val="0"/>
        </w:rPr>
        <w:t>[Client name]</w:t>
      </w:r>
    </w:p>
    <w:p>
      <w:r>
        <w:rPr>
          <w:b w:val="0"/>
          <w:i w:val="0"/>
        </w:rPr>
        <w:t>[Company]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[client@email.com]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Website design — homepage and 4 inner pages (hours)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500.00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Revisions (hours)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4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100.00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Domain and hosting setup (fixed)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640.00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 DUE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640.00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PAYMENT DETAILS</w:t>
      </w:r>
    </w:p>
    <w:p>
      <w:r>
        <w:rPr>
          <w:b w:val="0"/>
          <w:i w:val="0"/>
        </w:rPr>
        <w:t>Bank: [Bank name]</w:t>
      </w:r>
    </w:p>
    <w:p>
      <w:r>
        <w:rPr>
          <w:b w:val="0"/>
          <w:i w:val="0"/>
        </w:rPr>
        <w:t>Account title: [Account title]</w:t>
      </w:r>
    </w:p>
    <w:p>
      <w:r>
        <w:rPr>
          <w:b w:val="0"/>
          <w:i w:val="0"/>
        </w:rPr>
        <w:t>Account / IBAN: [Account number or IBAN]</w:t>
      </w:r>
    </w:p>
    <w:p>
      <w:r>
        <w:rPr>
          <w:b w:val="0"/>
          <w:i w:val="0"/>
        </w:rPr>
        <w:t>Or pay by: [PayPal / Payoneer / Wise email]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Work period: [start date] – [end date].</w:t>
      </w:r>
    </w:p>
    <w:p>
      <w:r>
        <w:rPr>
          <w:b w:val="0"/>
          <w:i w:val="0"/>
        </w:rPr>
        <w:t>Payment is due within 7 days. A late fee of [x]% per month may apply.</w:t>
      </w:r>
    </w:p>
    <w:p>
      <w:pPr>
        <w:spacing w:before="280"/>
      </w:pPr>
      <w:r>
        <w:rPr>
          <w:b/>
          <w:i w:val="0"/>
          <w:color w:val="1D4ED8"/>
        </w:rPr>
        <w:t>Thank you for your business!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Freelancer Invoice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