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D4ED8"/>
          <w:sz w:val="36"/>
        </w:rPr>
        <w:t>[COMPANY NAME]</w:t>
      </w:r>
    </w:p>
    <w:p>
      <w:pPr>
        <w:spacing w:after="280"/>
        <w:pBdr>
          <w:bottom w:val="single" w:sz="12" w:space="2" w:color="1D4ED8"/>
        </w:pBdr>
      </w:pPr>
      <w:r>
        <w:rPr>
          <w:b w:val="0"/>
          <w:i w:val="0"/>
          <w:color w:val="475569"/>
          <w:sz w:val="18"/>
        </w:rPr>
        <w:t>[Street address, City, Country]  •  [Phone]  •  [email@company.com]  •  [www.company.com]</w:t>
      </w:r>
    </w:p>
    <w:p>
      <w:r>
        <w:rPr>
          <w:b w:val="0"/>
          <w:i w:val="0"/>
        </w:rPr>
        <w:t>Ref: [HR/EXP/2026/001]</w:t>
      </w:r>
    </w:p>
    <w:p>
      <w:r>
        <w:rPr>
          <w:b w:val="0"/>
          <w:i w:val="0"/>
        </w:rPr>
        <w:t>Date: [DD Month YYYY]</w:t>
      </w:r>
    </w:p>
    <w:p>
      <w:pPr>
        <w:spacing w:after="200" w:before="280"/>
      </w:pPr>
      <w:r>
        <w:rPr>
          <w:b/>
          <w:i w:val="0"/>
        </w:rPr>
        <w:t>TO WHOM IT MAY CONCERN</w:t>
      </w:r>
    </w:p>
    <w:p>
      <w:pPr>
        <w:spacing w:after="160" w:line="300" w:lineRule="auto"/>
      </w:pPr>
      <w:r>
        <w:rPr>
          <w:b w:val="0"/>
          <w:i w:val="0"/>
        </w:rPr>
        <w:t>This is to certify that [Mr./Ms. Employee Full Name] worked with [Company Name] as [Designation] in the [Department] department from [Joining Date] to [Last Working Date].</w:t>
      </w:r>
    </w:p>
    <w:p>
      <w:pPr>
        <w:spacing w:after="160" w:line="300" w:lineRule="auto"/>
      </w:pPr>
      <w:r>
        <w:rPr>
          <w:b w:val="0"/>
          <w:i w:val="0"/>
        </w:rPr>
        <w:t>During this period, [he/she/they] was responsible for [main responsibilities, e.g. managing client accounts, preparing monthly reports and supporting the sales team]. [He/She/They] showed [two or three qualities, e.g. strong work ethic, reliability and good communication skills].</w:t>
      </w:r>
    </w:p>
    <w:p>
      <w:pPr>
        <w:spacing w:after="160" w:line="300" w:lineRule="auto"/>
      </w:pPr>
      <w:r>
        <w:rPr>
          <w:b w:val="0"/>
          <w:i w:val="0"/>
        </w:rPr>
        <w:t>[His/Her/Their] last drawn salary was [amount and currency] per month. [He/She/They] left the company on [his/her/their] own accord, and we have no objection to [his/her/their] future employment.</w:t>
      </w:r>
    </w:p>
    <w:p>
      <w:pPr>
        <w:spacing w:after="160" w:line="300" w:lineRule="auto"/>
      </w:pPr>
      <w:r>
        <w:rPr>
          <w:b w:val="0"/>
          <w:i w:val="0"/>
        </w:rPr>
        <w:t>We wish [him/her/them] every success in [his/her/their] future career.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[Authorised Signatory Name]</w:t>
      </w:r>
    </w:p>
    <w:p>
      <w:r>
        <w:rPr>
          <w:b w:val="0"/>
          <w:i w:val="0"/>
        </w:rPr>
        <w:t>[Designation, e.g. HR Manager]</w:t>
      </w:r>
    </w:p>
    <w:p>
      <w:r>
        <w:rPr>
          <w:b w:val="0"/>
          <w:i w:val="0"/>
        </w:rPr>
        <w:t>[Company Name]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Letter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