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36"/>
        </w:rPr>
        <w:t>[COMPANY NAME]</w:t>
      </w:r>
    </w:p>
    <w:p>
      <w:pPr>
        <w:spacing w:after="280"/>
        <w:pBdr>
          <w:bottom w:val="single" w:sz="12" w:space="2" w:color="1D4ED8"/>
        </w:pBdr>
      </w:pPr>
      <w:r>
        <w:rPr>
          <w:b w:val="0"/>
          <w:i w:val="0"/>
          <w:color w:val="475569"/>
          <w:sz w:val="18"/>
        </w:rPr>
        <w:t>[Street address, City, Country]  •  [Phone]  •  [email@company.com]  •  [www.company.com]</w:t>
      </w:r>
    </w:p>
    <w:p>
      <w:r>
        <w:rPr>
          <w:b w:val="0"/>
          <w:i w:val="0"/>
        </w:rPr>
        <w:t>Ref: [HR/EVL/2026/001]</w:t>
      </w:r>
    </w:p>
    <w:p>
      <w:r>
        <w:rPr>
          <w:b w:val="0"/>
          <w:i w:val="0"/>
        </w:rPr>
        <w:t>Date: [DD Month YYYY]</w:t>
      </w:r>
    </w:p>
    <w:p>
      <w:pPr>
        <w:spacing w:after="200" w:before="280"/>
      </w:pPr>
      <w:r>
        <w:rPr>
          <w:b/>
          <w:i w:val="0"/>
        </w:rPr>
        <w:t>Subject: Employment Verification — [Employee Full Name]</w:t>
      </w:r>
    </w:p>
    <w:p>
      <w:pPr>
        <w:spacing w:after="160" w:line="300" w:lineRule="auto"/>
      </w:pPr>
      <w:r>
        <w:rPr>
          <w:b w:val="0"/>
          <w:i w:val="0"/>
        </w:rPr>
        <w:t>To Whom It May Concern,</w:t>
      </w:r>
    </w:p>
    <w:p>
      <w:pPr>
        <w:spacing w:after="160" w:line="300" w:lineRule="auto"/>
      </w:pPr>
      <w:r>
        <w:rPr>
          <w:b w:val="0"/>
          <w:i w:val="0"/>
        </w:rPr>
        <w:t>This letter confirms that [Mr./Ms. Employee Full Name], [CNIC / ID / Passport No. 00000], is currently employed with [Company Name] as [Designation] in the [Department] department.</w:t>
      </w:r>
    </w:p>
    <w:p>
      <w:pPr>
        <w:spacing w:after="160" w:line="300" w:lineRule="auto"/>
      </w:pPr>
      <w:r>
        <w:rPr>
          <w:b w:val="0"/>
          <w:i w:val="0"/>
        </w:rPr>
        <w:t>Employment details:</w:t>
        <w:br/>
        <w:t>•  Date of joining: [DD Month YYYY]</w:t>
        <w:br/>
        <w:t>•  Employment type: [Permanent / Contract / Full-time / Part-time]</w:t>
        <w:br/>
        <w:t>•  Gross monthly salary: [Amount and currency] (only with consent)</w:t>
        <w:br/>
        <w:t>•  Employee ID: [EMP-0000]</w:t>
      </w:r>
    </w:p>
    <w:p>
      <w:pPr>
        <w:spacing w:after="160" w:line="300" w:lineRule="auto"/>
      </w:pPr>
      <w:r>
        <w:rPr>
          <w:b w:val="0"/>
          <w:i w:val="0"/>
        </w:rPr>
        <w:t>[Optional, for a visa: [He/She] has been granted leave from [Date] to [Date] and will resume duties on [Date].]</w:t>
      </w:r>
    </w:p>
    <w:p>
      <w:pPr>
        <w:spacing w:after="160" w:line="300" w:lineRule="auto"/>
      </w:pPr>
      <w:r>
        <w:rPr>
          <w:b w:val="0"/>
          <w:i w:val="0"/>
        </w:rPr>
        <w:t>This letter is issued at the request of the employee for [purpose, e.g. a bank loan / visa application / tenancy] and does not create any liability for the company. For verification, please contact HR on [phone] or [hr@company.com].</w:t>
      </w:r>
    </w:p>
    <w:p>
      <w:pPr>
        <w:spacing w:after="160" w:line="300" w:lineRule="auto"/>
      </w:pPr>
      <w:r>
        <w:rPr>
          <w:b w:val="0"/>
          <w:i w:val="0"/>
        </w:rPr>
        <w:t>Yours faithfully,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[Authorised Signatory Name]</w:t>
      </w:r>
    </w:p>
    <w:p>
      <w:r>
        <w:rPr>
          <w:b w:val="0"/>
          <w:i w:val="0"/>
        </w:rPr>
        <w:t>[Designation, e.g. HR Manager]</w:t>
      </w:r>
    </w:p>
    <w:p>
      <w:r>
        <w:rPr>
          <w:b w:val="0"/>
          <w:i w:val="0"/>
        </w:rPr>
        <w:t>[Company Name]  —  (Company stamp)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Verification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