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Electrician — Building &amp; Industrial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(WhatsApp)  •  your.name@email.com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PROFILE</w:t>
      </w:r>
    </w:p>
    <w:p>
      <w:r>
        <w:t>Qualified electrician with 7 years of experience in building wiring, distribution boards, motor control and maintenance for residential towers and factories. Reads drawings, works safely to permit-to-work rules and finds faults fast. Holds a trade test certificate for Gulf employment.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QUALIFICATIONS &amp; CERTIFICATES</w:t>
      </w:r>
    </w:p>
    <w:p>
      <w:pPr>
        <w:pStyle w:val="ListBullet"/>
        <w:spacing w:after="20"/>
      </w:pPr>
      <w:r>
        <w:t>DAE Electrical Technology (3 years) — [Institute Name], 2017</w:t>
      </w:r>
    </w:p>
    <w:p>
      <w:pPr>
        <w:pStyle w:val="ListBullet"/>
        <w:spacing w:after="20"/>
      </w:pPr>
      <w:r>
        <w:t>Trade test certificate (Electrician) — [Takamol / NAVTTC / test centre], [Year]</w:t>
      </w:r>
    </w:p>
    <w:p>
      <w:pPr>
        <w:pStyle w:val="ListBullet"/>
        <w:spacing w:after="20"/>
      </w:pPr>
      <w:r>
        <w:t>OSHA 30-Hour Construction Safety, 2024</w:t>
      </w:r>
    </w:p>
    <w:p>
      <w:pPr>
        <w:pStyle w:val="ListBullet"/>
        <w:spacing w:after="20"/>
      </w:pPr>
      <w:r>
        <w:t>Working at height and first aid certificates, 2024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WORK EXPERIENCE</w:t>
      </w:r>
    </w:p>
    <w:p>
      <w:pPr>
        <w:tabs>
          <w:tab w:pos="9638" w:val="right"/>
        </w:tabs>
        <w:spacing w:before="80"/>
      </w:pPr>
      <w:r>
        <w:rPr>
          <w:b/>
        </w:rPr>
        <w:t>Electrician — Contracting Company Name, Doha, Qatar</w:t>
      </w:r>
      <w:r>
        <w:rPr>
          <w:color w:val="475569"/>
          <w:sz w:val="20"/>
        </w:rPr>
        <w:tab/>
        <w:t>Feb 2021 – Present</w:t>
      </w:r>
    </w:p>
    <w:p>
      <w:pPr>
        <w:pStyle w:val="ListBullet"/>
        <w:spacing w:after="20"/>
      </w:pPr>
      <w:r>
        <w:t>Installed wiring, lighting and power for 3 residential towers (about 600 apartments).</w:t>
      </w:r>
    </w:p>
    <w:p>
      <w:pPr>
        <w:pStyle w:val="ListBullet"/>
        <w:spacing w:after="20"/>
      </w:pPr>
      <w:r>
        <w:t>Installed and tested distribution boards, cable trays and earthing systems to drawings.</w:t>
      </w:r>
    </w:p>
    <w:p>
      <w:pPr>
        <w:pStyle w:val="ListBullet"/>
        <w:spacing w:after="20"/>
      </w:pPr>
      <w:r>
        <w:t>Carried out insulation resistance and continuity tests; zero rejections at final inspection.</w:t>
      </w:r>
    </w:p>
    <w:p>
      <w:pPr>
        <w:tabs>
          <w:tab w:pos="9638" w:val="right"/>
        </w:tabs>
        <w:spacing w:before="80"/>
      </w:pPr>
      <w:r>
        <w:rPr>
          <w:b/>
        </w:rPr>
        <w:t>Maintenance Electrician — Factory Name, City</w:t>
      </w:r>
      <w:r>
        <w:rPr>
          <w:color w:val="475569"/>
          <w:sz w:val="20"/>
        </w:rPr>
        <w:tab/>
        <w:t>Aug 2017 – Jan 2021</w:t>
      </w:r>
    </w:p>
    <w:p>
      <w:pPr>
        <w:pStyle w:val="ListBullet"/>
        <w:spacing w:after="20"/>
      </w:pPr>
      <w:r>
        <w:t>Maintained motors, starters, VFDs and PLC panels on 4 production lines.</w:t>
      </w:r>
    </w:p>
    <w:p>
      <w:pPr>
        <w:pStyle w:val="ListBullet"/>
        <w:spacing w:after="20"/>
      </w:pPr>
      <w:r>
        <w:t>Cut machine downtime by 25% with a weekly preventive maintenance plan.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TECHNICAL SKILLS</w:t>
      </w:r>
    </w:p>
    <w:p>
      <w:r>
        <w:t>Building wiring  •  DB and MCC panels  •  Motor control (DOL, star-delta, VFD)  •  Fault finding  •  Cable pulling and termination  •  Testing (megger, multimeter)  •  Reading electrical drawings  •  Permit to work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PERSONAL DETAILS</w:t>
      </w:r>
    </w:p>
    <w:p>
      <w:r>
        <w:rPr>
          <w:b/>
        </w:rPr>
        <w:t xml:space="preserve">Nationality: </w:t>
      </w:r>
      <w:r>
        <w:t>[Nationality]</w:t>
      </w:r>
    </w:p>
    <w:p>
      <w:r>
        <w:rPr>
          <w:b/>
        </w:rPr>
        <w:t xml:space="preserve">Passport: </w:t>
      </w:r>
      <w:r>
        <w:t>No. [AB0000000], valid to [MM/YYYY]</w:t>
      </w:r>
    </w:p>
    <w:p>
      <w:r>
        <w:rPr>
          <w:b/>
        </w:rPr>
        <w:t xml:space="preserve">Languages: </w:t>
      </w:r>
      <w:r>
        <w:t>Urdu, English (good), Arabic (basic)</w:t>
      </w:r>
    </w:p>
    <w:p>
      <w:r>
        <w:rPr>
          <w:b/>
        </w:rPr>
        <w:t xml:space="preserve">Availability: </w:t>
      </w:r>
      <w:r>
        <w:t>[Immediately / 30 days]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