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Heavy Vehicle Driver (HTV / LTV)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(WhatsApp)  •  your.name@email.com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PROFILE</w:t>
      </w:r>
    </w:p>
    <w:p>
      <w:r>
        <w:t>Safe and punctual heavy vehicle driver with 8 years of experience, including 4 years in Saudi Arabia and the UAE. Drives trailers, tankers and delivery trucks on long-distance and city routes with a clean accident record. Available to join [immediately / in 30 days].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DRIVING LICENCES</w:t>
      </w:r>
    </w:p>
    <w:p>
      <w:r>
        <w:rPr>
          <w:b/>
        </w:rPr>
        <w:t xml:space="preserve">Pakistan: </w:t>
      </w:r>
      <w:r>
        <w:t>HTV and LTV licence No. [000000], valid to [MM/YYYY]</w:t>
      </w:r>
    </w:p>
    <w:p>
      <w:r>
        <w:rPr>
          <w:b/>
        </w:rPr>
        <w:t xml:space="preserve">GCC: </w:t>
      </w:r>
      <w:r>
        <w:t>[Saudi heavy licence / UAE heavy licence], valid to [MM/YYYY]</w:t>
      </w:r>
    </w:p>
    <w:p>
      <w:r>
        <w:rPr>
          <w:b/>
        </w:rPr>
        <w:t xml:space="preserve">Other: </w:t>
      </w:r>
      <w:r>
        <w:t>Forklift operator certificate; defensive driving certificate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WORK EXPERIENCE</w:t>
      </w:r>
    </w:p>
    <w:p>
      <w:pPr>
        <w:tabs>
          <w:tab w:pos="9638" w:val="right"/>
        </w:tabs>
        <w:spacing w:before="80"/>
      </w:pPr>
      <w:r>
        <w:rPr>
          <w:b/>
        </w:rPr>
        <w:t>Heavy Truck Driver — Company Name, Riyadh, Saudi Arabia</w:t>
      </w:r>
      <w:r>
        <w:rPr>
          <w:color w:val="475569"/>
          <w:sz w:val="20"/>
        </w:rPr>
        <w:tab/>
        <w:t>Jan 2022 – Present</w:t>
      </w:r>
    </w:p>
    <w:p>
      <w:pPr>
        <w:pStyle w:val="ListBullet"/>
        <w:spacing w:after="20"/>
      </w:pPr>
      <w:r>
        <w:t>Drive a 40-ft trailer on Riyadh–Dammam–Jeddah routes, about 9,000 km a month.</w:t>
      </w:r>
    </w:p>
    <w:p>
      <w:pPr>
        <w:pStyle w:val="ListBullet"/>
        <w:spacing w:after="20"/>
      </w:pPr>
      <w:r>
        <w:t>Deliver on time for 98% of trips; zero accidents and zero traffic fines in 3 years.</w:t>
      </w:r>
    </w:p>
    <w:p>
      <w:pPr>
        <w:pStyle w:val="ListBullet"/>
        <w:spacing w:after="20"/>
      </w:pPr>
      <w:r>
        <w:t>Do daily vehicle checks (tyres, brakes, oil) and keep trip logs and delivery notes.</w:t>
      </w:r>
    </w:p>
    <w:p>
      <w:pPr>
        <w:tabs>
          <w:tab w:pos="9638" w:val="right"/>
        </w:tabs>
        <w:spacing w:before="80"/>
      </w:pPr>
      <w:r>
        <w:rPr>
          <w:b/>
        </w:rPr>
        <w:t>Delivery Truck Driver — Company Name, City</w:t>
      </w:r>
      <w:r>
        <w:rPr>
          <w:color w:val="475569"/>
          <w:sz w:val="20"/>
        </w:rPr>
        <w:tab/>
        <w:t>Mar 2018 – Dec 2021</w:t>
      </w:r>
    </w:p>
    <w:p>
      <w:pPr>
        <w:pStyle w:val="ListBullet"/>
        <w:spacing w:after="20"/>
      </w:pPr>
      <w:r>
        <w:t>Delivered FMCG goods to 25–30 shops a day; loaded and checked stock against invoices.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SKILLS</w:t>
      </w:r>
    </w:p>
    <w:p>
      <w:r>
        <w:t>Trailer and tanker driving  •  Route planning and GPS  •  Vehicle inspection  •  Loading and securing cargo  •  Delivery paperwork  •  Customer handling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PERSONAL DETAILS</w:t>
      </w:r>
    </w:p>
    <w:p>
      <w:r>
        <w:rPr>
          <w:b/>
        </w:rPr>
        <w:t xml:space="preserve">Nationality: </w:t>
      </w:r>
      <w:r>
        <w:t>[Nationality]</w:t>
      </w:r>
    </w:p>
    <w:p>
      <w:r>
        <w:rPr>
          <w:b/>
        </w:rPr>
        <w:t xml:space="preserve">Passport: </w:t>
      </w:r>
      <w:r>
        <w:t>No. [AB0000000], valid to [MM/YYYY]</w:t>
      </w:r>
    </w:p>
    <w:p>
      <w:r>
        <w:rPr>
          <w:b/>
        </w:rPr>
        <w:t xml:space="preserve">Languages: </w:t>
      </w:r>
      <w:r>
        <w:t>Urdu, English (basic), Arabic (spoken), Pashto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r>
        <w:t>Matric — [School Name], [Year]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