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1D4ED8"/>
                <w:sz w:val="32"/>
              </w:rPr>
              <w:t>[YOUR BUSINESS NAME]</w:t>
            </w:r>
          </w:p>
          <w:p>
            <w:r>
              <w:rPr>
                <w:color w:val="475569"/>
              </w:rPr>
              <w:t>[Street address, City]</w:t>
            </w:r>
          </w:p>
          <w:p>
            <w:r>
              <w:rPr>
                <w:color w:val="475569"/>
              </w:rPr>
              <w:t>[Phone]  •  [email@business.com]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b/>
                <w:color w:val="0F172A"/>
                <w:sz w:val="40"/>
              </w:rPr>
              <w:t>DELIVERY CHALLAN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Challan no. </w:t>
            </w:r>
            <w:r>
              <w:rPr>
                <w:b/>
              </w:rPr>
              <w:t>DC-0001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Date: </w:t>
            </w:r>
            <w:r>
              <w:rPr>
                <w:b/>
              </w:rPr>
              <w:t>[DD/MM/YYYY]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PO / Invoice ref.: </w:t>
            </w:r>
            <w:r>
              <w:rPr>
                <w:b/>
              </w:rPr>
              <w:t>[PO-0001]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Vehicle no.: </w:t>
            </w:r>
            <w:r>
              <w:rPr>
                <w:b/>
              </w:rPr>
              <w:t>[ABC-123]</w:t>
            </w:r>
          </w:p>
        </w:tc>
      </w:tr>
    </w:tbl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1D4ED8"/>
                <w:sz w:val="18"/>
              </w:rPr>
              <w:t>DELIVER TO</w:t>
            </w:r>
          </w:p>
          <w:p>
            <w:r>
              <w:t>[Customer name]</w:t>
            </w:r>
          </w:p>
          <w:p>
            <w:r>
              <w:t>[Company]</w:t>
            </w:r>
          </w:p>
          <w:p>
            <w:r>
              <w:t>[Delivery address, City]</w:t>
            </w:r>
          </w:p>
          <w:p>
            <w:r>
              <w:t>[Contact person, phone]</w:t>
            </w:r>
          </w:p>
        </w:tc>
        <w:tc>
          <w:tcPr>
            <w:tcW w:type="dxa" w:w="4819"/>
          </w:tcPr>
          <w:p>
            <w:r/>
            <w:r>
              <w:rPr>
                <w:b/>
                <w:color w:val="1D4ED8"/>
                <w:sz w:val="18"/>
              </w:rPr>
              <w:t>TRANSPORT</w:t>
            </w:r>
          </w:p>
          <w:p>
            <w:r>
              <w:t>Transporter: [Company / own vehicle]</w:t>
            </w:r>
          </w:p>
          <w:p>
            <w:r>
              <w:t>Driver: [Name, phone]</w:t>
            </w:r>
          </w:p>
          <w:p>
            <w:r>
              <w:t>Dispatch date: [DD/MM/YYYY]</w:t>
            </w:r>
          </w:p>
          <w:p>
            <w:r>
              <w:t>Purpose: [Sale / Job work / Approval / Return]</w:t>
            </w:r>
          </w:p>
        </w:tc>
      </w:tr>
    </w:tbl>
    <w:p>
      <w:pPr>
        <w:spacing w:before="1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680"/>
        <w:gridCol w:w="4706"/>
        <w:gridCol w:w="1134"/>
        <w:gridCol w:w="1134"/>
        <w:gridCol w:w="1984"/>
      </w:tblGrid>
      <w:tr>
        <w:tc>
          <w:tcPr>
            <w:tcW w:type="dxa" w:w="680"/>
            <w:shd w:val="clear" w:color="auto" w:fill="1D4ED8"/>
          </w:tcPr>
          <w:p>
            <w:r/>
            <w:r>
              <w:rPr>
                <w:b/>
                <w:color w:val="FFFFFF"/>
                <w:sz w:val="20"/>
              </w:rPr>
              <w:t>No.</w:t>
            </w:r>
          </w:p>
        </w:tc>
        <w:tc>
          <w:tcPr>
            <w:tcW w:type="dxa" w:w="4706"/>
            <w:shd w:val="clear" w:color="auto" w:fill="1D4ED8"/>
          </w:tcPr>
          <w:p>
            <w:r/>
            <w:r>
              <w:rPr>
                <w:b/>
                <w:color w:val="FFFFFF"/>
                <w:sz w:val="20"/>
              </w:rPr>
              <w:t>Description of goods</w:t>
            </w:r>
          </w:p>
        </w:tc>
        <w:tc>
          <w:tcPr>
            <w:tcW w:type="dxa" w:w="1134"/>
            <w:shd w:val="clear" w:color="auto" w:fill="1D4ED8"/>
          </w:tcPr>
          <w:p>
            <w:r/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134"/>
            <w:shd w:val="clear" w:color="auto" w:fill="1D4ED8"/>
          </w:tcPr>
          <w:p>
            <w:r/>
            <w:r>
              <w:rPr>
                <w:b/>
                <w:color w:val="FFFFFF"/>
                <w:sz w:val="20"/>
              </w:rPr>
              <w:t>Unit</w:t>
            </w:r>
          </w:p>
        </w:tc>
        <w:tc>
          <w:tcPr>
            <w:tcW w:type="dxa" w:w="1984"/>
            <w:shd w:val="clear" w:color="auto" w:fill="1D4ED8"/>
          </w:tcPr>
          <w:p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680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[Item description, size / model]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  <w:t>20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  <w:t>Pcs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[Item description, size / model]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  <w:t>Boxes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[Item description, size / model]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  <w:t>Kg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20"/>
              </w:rPr>
              <w:t>[e.g. batch no. 0000]</w:t>
            </w:r>
          </w:p>
        </w:tc>
      </w:tr>
      <w:tr>
        <w:tc>
          <w:tcPr>
            <w:tcW w:type="dxa" w:w="680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[Item description, size / model]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  <w:t>Sets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680"/>
            <w:shd w:val="clear" w:color="auto" w:fill="DBEAFE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4706"/>
            <w:shd w:val="clear" w:color="auto" w:fill="DBEAFE"/>
          </w:tcPr>
          <w:p>
            <w:r/>
            <w:r>
              <w:rPr>
                <w:b/>
                <w:sz w:val="20"/>
              </w:rPr>
              <w:t>TOTAL QUANTITY</w:t>
            </w:r>
          </w:p>
        </w:tc>
        <w:tc>
          <w:tcPr>
            <w:tcW w:type="dxa" w:w="1134"/>
            <w:shd w:val="clear" w:color="auto" w:fill="DBEAFE"/>
          </w:tcPr>
          <w:p>
            <w:r/>
            <w:r>
              <w:rPr>
                <w:b/>
                <w:sz w:val="20"/>
              </w:rPr>
              <w:t>39</w:t>
            </w:r>
          </w:p>
        </w:tc>
        <w:tc>
          <w:tcPr>
            <w:tcW w:type="dxa" w:w="1134"/>
            <w:shd w:val="clear" w:color="auto" w:fill="DBEAFE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1984"/>
            <w:shd w:val="clear" w:color="auto" w:fill="DBEAFE"/>
          </w:tcPr>
          <w:p>
            <w:r/>
            <w:r>
              <w:rPr>
                <w:b/>
                <w:sz w:val="20"/>
              </w:rPr>
            </w:r>
          </w:p>
        </w:tc>
      </w:tr>
    </w:tbl>
    <w:p>
      <w:pPr>
        <w:spacing w:before="200"/>
      </w:pPr>
    </w:p>
    <w:p>
      <w:r>
        <w:rPr>
          <w:b/>
          <w:i w:val="0"/>
          <w:color w:val="1D4ED8"/>
          <w:sz w:val="18"/>
        </w:rPr>
        <w:t>NOTES</w:t>
      </w:r>
    </w:p>
    <w:p>
      <w:r>
        <w:rPr>
          <w:b w:val="0"/>
          <w:i w:val="0"/>
        </w:rPr>
        <w:t>This challan records the delivery of goods only. It is not an invoice.</w:t>
      </w:r>
    </w:p>
    <w:p>
      <w:r>
        <w:rPr>
          <w:b w:val="0"/>
          <w:i w:val="0"/>
        </w:rPr>
        <w:t>Please check the goods on delivery and report any shortage or damage within [24 hours].</w:t>
      </w:r>
    </w:p>
    <w:p>
      <w:r>
        <w:rPr>
          <w:b w:val="0"/>
          <w:i w:val="0"/>
        </w:rPr>
        <w:t>Goods received in good order and condition, unless noted above.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360"/>
            </w:pPr>
            <w:r/>
            <w:r>
              <w:rPr>
                <w:b/>
                <w:color w:val="1D4ED8"/>
                <w:sz w:val="18"/>
              </w:rPr>
              <w:t>PREPARED BY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______________</w:t>
            </w:r>
          </w:p>
        </w:tc>
        <w:tc>
          <w:tcPr>
            <w:tcW w:type="dxa" w:w="3213"/>
          </w:tcPr>
          <w:p>
            <w:pPr>
              <w:spacing w:before="360"/>
            </w:pPr>
            <w:r/>
            <w:r>
              <w:rPr>
                <w:b/>
                <w:color w:val="1D4ED8"/>
                <w:sz w:val="18"/>
              </w:rPr>
              <w:t>DELIVERED BY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Driver: ______________</w:t>
            </w:r>
          </w:p>
        </w:tc>
        <w:tc>
          <w:tcPr>
            <w:tcW w:type="dxa" w:w="3213"/>
          </w:tcPr>
          <w:p>
            <w:pPr>
              <w:spacing w:before="360"/>
            </w:pPr>
            <w:r/>
            <w:r>
              <w:rPr>
                <w:b/>
                <w:color w:val="1D4ED8"/>
                <w:sz w:val="18"/>
              </w:rPr>
              <w:t>RECEIVED BY</w:t>
            </w:r>
          </w:p>
          <w:p>
            <w:pPr>
              <w:spacing w:before="440"/>
            </w:pPr>
            <w:r>
              <w:t>Signature: ____________________</w:t>
            </w:r>
          </w:p>
          <w:p>
            <w:r>
              <w:t>Name: ______________</w:t>
            </w:r>
          </w:p>
          <w:p>
            <w:r>
              <w:t>Date &amp; stamp: ________</w:t>
            </w:r>
          </w:p>
        </w:tc>
      </w:tr>
    </w:tbl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Delivery Challan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