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[YOUR BUSINESS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8"/>
              </w:rPr>
              <w:t>CREDIT NOTE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Credit note no. </w:t>
            </w:r>
            <w:r>
              <w:rPr>
                <w:b/>
              </w:rPr>
              <w:t>CN-0001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Against invoice: </w:t>
            </w:r>
            <w:r>
              <w:rPr>
                <w:b/>
              </w:rPr>
              <w:t>[INV-0001]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Invoice date: </w:t>
            </w:r>
            <w:r>
              <w:rPr>
                <w:b/>
              </w:rPr>
              <w:t>[DD/MM/YYYY]</w:t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CREDIT TO</w:t>
      </w:r>
    </w:p>
    <w:p>
      <w:r>
        <w:rPr>
          <w:b w:val="0"/>
          <w:i w:val="0"/>
        </w:rPr>
        <w:t>[Customer name]</w:t>
      </w:r>
    </w:p>
    <w:p>
      <w:r>
        <w:rPr>
          <w:b w:val="0"/>
          <w:i w:val="0"/>
        </w:rPr>
        <w:t>[Company]</w:t>
      </w:r>
    </w:p>
    <w:p>
      <w:r>
        <w:rPr>
          <w:b w:val="0"/>
          <w:i w:val="0"/>
        </w:rPr>
        <w:t>[Address, City]</w:t>
      </w:r>
    </w:p>
    <w:p>
      <w:r>
        <w:rPr>
          <w:b w:val="0"/>
          <w:i w:val="0"/>
        </w:rPr>
        <w:t>[Customer tax ID, if any]</w:t>
      </w:r>
    </w:p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134"/>
        <w:gridCol w:w="1559"/>
        <w:gridCol w:w="1559"/>
      </w:tblGrid>
      <w:tr>
        <w:tc>
          <w:tcPr>
            <w:tcW w:type="dxa" w:w="5386"/>
            <w:shd w:val="clear" w:color="auto" w:fill="1D4ED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3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[Item returned, e.g. damaged on delivery]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3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25.00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75.00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[Price adjustment, e.g. agreed 10% discount]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18.00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18.00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93.00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(0%)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0.00</w:t>
            </w:r>
          </w:p>
        </w:tc>
      </w:tr>
      <w:tr>
        <w:tc>
          <w:tcPr>
            <w:tcW w:type="dxa" w:w="1559"/>
            <w:gridSpan w:val="3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TOTAL CREDIT</w:t>
            </w:r>
          </w:p>
        </w:tc>
        <w:tc>
          <w:tcPr>
            <w:tcW w:type="dxa" w:w="1559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USD 93.00</w:t>
            </w:r>
          </w:p>
        </w:tc>
      </w:tr>
    </w:tbl>
    <w:p>
      <w:pPr>
        <w:spacing w:before="240"/>
      </w:pPr>
    </w:p>
    <w:p>
      <w:r>
        <w:rPr>
          <w:b/>
          <w:i w:val="0"/>
          <w:color w:val="1D4ED8"/>
          <w:sz w:val="18"/>
        </w:rPr>
        <w:t>REASON FOR CREDIT</w:t>
      </w:r>
    </w:p>
    <w:p>
      <w:r>
        <w:rPr>
          <w:b w:val="0"/>
          <w:i w:val="0"/>
        </w:rPr>
        <w:t>[Goods returned / damaged / short-supplied / price correction / discount after sale]</w:t>
      </w:r>
    </w:p>
    <w:p>
      <w:r>
        <w:rPr>
          <w:b w:val="0"/>
          <w:i w:val="0"/>
        </w:rPr>
        <w:t>This credit will be [adjusted against your next invoice / refunded to your account within 7 days].</w:t>
      </w:r>
    </w:p>
    <w:p>
      <w:pPr>
        <w:spacing w:before="360"/>
      </w:pPr>
    </w:p>
    <w:p>
      <w:r>
        <w:rPr>
          <w:b w:val="0"/>
          <w:i w:val="0"/>
        </w:rPr>
        <w:t>Authorised by: ____________________    Name &amp; designation: ____________________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Note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