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[Your Full Name]</w:t>
      </w:r>
    </w:p>
    <w:p>
      <w:r>
        <w:rPr>
          <w:b w:val="0"/>
          <w:i w:val="0"/>
        </w:rPr>
        <w:t>[City, Country]  •  [Phone]  •  [your.email@example.com]  •  [linkedin.com/in/yourname]</w:t>
      </w:r>
    </w:p>
    <w:p/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[Hiring Manager Name]</w:t>
      </w:r>
    </w:p>
    <w:p>
      <w:r>
        <w:rPr>
          <w:b w:val="0"/>
          <w:i w:val="0"/>
        </w:rPr>
        <w:t>[Job Title of the person, e.g. HR Manager]</w:t>
      </w:r>
    </w:p>
    <w:p>
      <w:r>
        <w:rPr>
          <w:b w:val="0"/>
          <w:i w:val="0"/>
        </w:rPr>
        <w:t>[Company Name]</w:t>
      </w:r>
    </w:p>
    <w:p>
      <w:r>
        <w:rPr>
          <w:b w:val="0"/>
          <w:i w:val="0"/>
        </w:rPr>
        <w:t>[Company Address, City]</w:t>
      </w:r>
    </w:p>
    <w:p>
      <w:pPr>
        <w:spacing w:after="200" w:before="280"/>
      </w:pPr>
      <w:r>
        <w:rPr>
          <w:b/>
          <w:i w:val="0"/>
        </w:rPr>
        <w:t>Subject: Application for [Job Title] — [Job reference, if any]</w:t>
      </w:r>
    </w:p>
    <w:p>
      <w:pPr>
        <w:spacing w:after="160" w:line="300" w:lineRule="auto"/>
      </w:pPr>
      <w:r>
        <w:rPr>
          <w:b w:val="0"/>
          <w:i w:val="0"/>
        </w:rPr>
        <w:t>Dear [Hiring Manager Name],</w:t>
      </w:r>
    </w:p>
    <w:p>
      <w:pPr>
        <w:spacing w:after="160" w:line="300" w:lineRule="auto"/>
      </w:pPr>
      <w:r>
        <w:rPr>
          <w:b w:val="0"/>
          <w:i w:val="0"/>
        </w:rPr>
        <w:t>I am applying for the [Job Title] role at [Company Name], advertised on [where you saw it]. With [x years] of experience in [your field] and a track record of [one headline result, e.g. cutting customer response times by 40%], I would like to bring the same results to your team.</w:t>
      </w:r>
    </w:p>
    <w:p>
      <w:pPr>
        <w:spacing w:after="160" w:line="300" w:lineRule="auto"/>
      </w:pPr>
      <w:r>
        <w:rPr>
          <w:b w:val="0"/>
          <w:i w:val="0"/>
        </w:rPr>
        <w:t>In my current role as [Current Job Title] at [Current Company], I [an achievement that matches the job ad, with a number]. I also [a second relevant achievement or skill], which matches your need for [a requirement from the job ad].</w:t>
      </w:r>
    </w:p>
    <w:p>
      <w:pPr>
        <w:spacing w:after="160" w:line="300" w:lineRule="auto"/>
      </w:pPr>
      <w:r>
        <w:rPr>
          <w:b w:val="0"/>
          <w:i w:val="0"/>
        </w:rPr>
        <w:t>What draws me to [Company Name] is [something specific: a product, a project, the company's values or growth]. I am confident that my [two key skills] would help you [a goal the team has].</w:t>
      </w:r>
    </w:p>
    <w:p>
      <w:pPr>
        <w:spacing w:after="160" w:line="300" w:lineRule="auto"/>
      </w:pPr>
      <w:r>
        <w:rPr>
          <w:b w:val="0"/>
          <w:i w:val="0"/>
        </w:rPr>
        <w:t>My CV is attached. I would welcome the chance to discuss how I can contribute, and I am available for an interview at your convenience. Thank you for your time and consideration.</w:t>
      </w:r>
    </w:p>
    <w:p>
      <w:pPr>
        <w:spacing w:after="160" w:line="300" w:lineRule="auto"/>
      </w:pPr>
      <w:r>
        <w:rPr>
          <w:b w:val="0"/>
          <w:i w:val="0"/>
        </w:rPr>
        <w:t>Yours sincerely,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[Your Full Name]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