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[Your Full Name]</w:t>
      </w:r>
    </w:p>
    <w:p>
      <w:r>
        <w:rPr>
          <w:b w:val="0"/>
          <w:i w:val="0"/>
        </w:rPr>
        <w:t>[Address, City]</w:t>
      </w:r>
    </w:p>
    <w:p>
      <w:r>
        <w:rPr>
          <w:b w:val="0"/>
          <w:i w:val="0"/>
        </w:rPr>
        <w:t>[Phone]  •  [your.email@example.com]</w:t>
      </w:r>
    </w:p>
    <w:p/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The Customer Service Manager</w:t>
      </w:r>
    </w:p>
    <w:p>
      <w:r>
        <w:rPr>
          <w:b w:val="0"/>
          <w:i w:val="0"/>
        </w:rPr>
        <w:t>[Company Name]</w:t>
      </w:r>
    </w:p>
    <w:p>
      <w:r>
        <w:rPr>
          <w:b w:val="0"/>
          <w:i w:val="0"/>
        </w:rPr>
        <w:t>[Address, City]</w:t>
      </w:r>
    </w:p>
    <w:p>
      <w:pPr>
        <w:spacing w:after="200" w:before="280"/>
      </w:pPr>
      <w:r>
        <w:rPr>
          <w:b/>
          <w:i w:val="0"/>
        </w:rPr>
        <w:t>Subject: Complaint About [Faulty Product / Poor Service / Overcharging] — [Order / Account / Invoice No. 0000]</w:t>
      </w:r>
    </w:p>
    <w:p>
      <w:pPr>
        <w:spacing w:after="160" w:line="300" w:lineRule="auto"/>
      </w:pPr>
      <w:r>
        <w:rPr>
          <w:b w:val="0"/>
          <w:i w:val="0"/>
        </w:rPr>
        <w:t>Dear Sir / Madam,</w:t>
      </w:r>
    </w:p>
    <w:p>
      <w:pPr>
        <w:spacing w:after="160" w:line="300" w:lineRule="auto"/>
      </w:pPr>
      <w:r>
        <w:rPr>
          <w:b w:val="0"/>
          <w:i w:val="0"/>
        </w:rPr>
        <w:t>I am writing to complain about [the product or service] that I [bought / received] from [Company or Branch Name] on [Date], [order / invoice / account] No. [0000], for [amount].</w:t>
      </w:r>
    </w:p>
    <w:p>
      <w:pPr>
        <w:spacing w:after="160" w:line="300" w:lineRule="auto"/>
      </w:pPr>
      <w:r>
        <w:rPr>
          <w:b w:val="0"/>
          <w:i w:val="0"/>
        </w:rPr>
        <w:t>The problem is: [describe it clearly and briefly, e.g. the washing machine stopped working after 10 days and leaks water]. I reported it on [Date] by [phone / email / visit], complaint No. [0000], but [what happened, e.g. no technician has visited].</w:t>
      </w:r>
    </w:p>
    <w:p>
      <w:pPr>
        <w:spacing w:after="160" w:line="300" w:lineRule="auto"/>
      </w:pPr>
      <w:r>
        <w:rPr>
          <w:b w:val="0"/>
          <w:i w:val="0"/>
        </w:rPr>
        <w:t>To resolve this, I request [a clear remedy: a full refund / replacement / free repair / correction of the bill] within [7 / 14] days of this letter.</w:t>
      </w:r>
    </w:p>
    <w:p>
      <w:pPr>
        <w:spacing w:after="160" w:line="300" w:lineRule="auto"/>
      </w:pPr>
      <w:r>
        <w:rPr>
          <w:b w:val="0"/>
          <w:i w:val="0"/>
        </w:rPr>
        <w:t>I enclose copies of [the receipt, warranty card, photos and previous emails]. If I do not receive a satisfactory response by [Date], I will take the matter to [the consumer court / ombudsman / regulator].</w:t>
      </w:r>
    </w:p>
    <w:p>
      <w:pPr>
        <w:spacing w:after="160" w:line="300" w:lineRule="auto"/>
      </w:pPr>
      <w:r>
        <w:rPr>
          <w:b w:val="0"/>
          <w:i w:val="0"/>
        </w:rPr>
        <w:t>I look forward to your reply.</w:t>
      </w:r>
    </w:p>
    <w:p>
      <w:pPr>
        <w:spacing w:after="160" w:line="300" w:lineRule="auto"/>
      </w:pPr>
      <w:r>
        <w:rPr>
          <w:b w:val="0"/>
          <w:i w:val="0"/>
        </w:rPr>
        <w:t>Yours faithfully,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[Your Full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