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b/>
          <w:i w:val="0"/>
          <w:color w:val="1D4ED8"/>
          <w:sz w:val="36"/>
        </w:rPr>
        <w:t>[COMPANY NAME]</w:t>
      </w:r>
    </w:p>
    <w:p>
      <w:pPr>
        <w:spacing w:after="200"/>
        <w:jc w:val="center"/>
        <w:pBdr>
          <w:bottom w:val="single" w:sz="12" w:space="2" w:color="1D4ED8"/>
        </w:pBdr>
      </w:pPr>
      <w:r>
        <w:rPr>
          <w:b w:val="0"/>
          <w:i w:val="0"/>
          <w:color w:val="475569"/>
          <w:sz w:val="19"/>
        </w:rPr>
        <w:t>[Tagline: what you do, for whom, in one line]  •  Company Profile [YYYY]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ABOUT US</w:t>
      </w:r>
    </w:p>
    <w:p>
      <w:pPr>
        <w:spacing w:after="60"/>
      </w:pPr>
      <w:r>
        <w:rPr>
          <w:b w:val="0"/>
          <w:i w:val="0"/>
        </w:rPr>
        <w:t>[Company Name] was founded in [year] in [City] to [the problem you solve]. Today we [what you do], serving [number] customers across [regions / industries] with a team of [number] people.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MISSION AND VISION</w:t>
      </w:r>
    </w:p>
    <w:p>
      <w:pPr>
        <w:spacing w:after="60"/>
      </w:pPr>
      <w:r>
        <w:rPr>
          <w:b w:val="0"/>
          <w:i w:val="0"/>
        </w:rPr>
        <w:t>Mission: [what you do every day and for whom, in one sentence].</w:t>
      </w:r>
    </w:p>
    <w:p>
      <w:pPr>
        <w:spacing w:after="60"/>
      </w:pPr>
      <w:r>
        <w:rPr>
          <w:b w:val="0"/>
          <w:i w:val="0"/>
        </w:rPr>
        <w:t>Vision: [where you want to be in 5–10 years].</w:t>
      </w:r>
    </w:p>
    <w:p>
      <w:pPr>
        <w:spacing w:after="60"/>
      </w:pPr>
      <w:r>
        <w:rPr>
          <w:b w:val="0"/>
          <w:i w:val="0"/>
        </w:rPr>
        <w:t>Values: [Value 1] • [Value 2] • [Value 3]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AT A GLANCE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Founded</w:t>
            </w:r>
          </w:p>
        </w:tc>
        <w:tc>
          <w:tcPr>
            <w:tcW w:type="dxa" w:w="2353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Team</w:t>
            </w:r>
          </w:p>
        </w:tc>
        <w:tc>
          <w:tcPr>
            <w:tcW w:type="dxa" w:w="2353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Customers</w:t>
            </w:r>
          </w:p>
        </w:tc>
        <w:tc>
          <w:tcPr>
            <w:tcW w:type="dxa" w:w="2353"/>
            <w:shd w:val="clear" w:color="auto" w:fill="1D4ED8"/>
          </w:tcPr>
          <w:p>
            <w:r/>
            <w:r>
              <w:rPr>
                <w:b/>
                <w:color w:val="FFFFFF"/>
                <w:sz w:val="19"/>
              </w:rPr>
              <w:t>Locations</w:t>
            </w:r>
          </w:p>
        </w:tc>
      </w:tr>
      <w:tr>
        <w:tc>
          <w:tcPr>
            <w:tcW w:type="dxa" w:w="2353"/>
          </w:tcPr>
          <w:p>
            <w:r/>
            <w:r>
              <w:rPr>
                <w:b w:val="0"/>
                <w:sz w:val="19"/>
              </w:rPr>
              <w:t>[2015]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19"/>
              </w:rPr>
              <w:t>[45 people]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19"/>
              </w:rPr>
              <w:t>[1,200+]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19"/>
              </w:rPr>
              <w:t>[3 cities]</w:t>
            </w:r>
          </w:p>
        </w:tc>
      </w:tr>
    </w:tbl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WHAT WE DO</w:t>
      </w:r>
    </w:p>
    <w:p>
      <w:pPr>
        <w:spacing w:after="60"/>
      </w:pPr>
      <w:r>
        <w:rPr>
          <w:b w:val="0"/>
          <w:i w:val="0"/>
        </w:rPr>
        <w:t>•  [Service / product line 1]: [one line on what it includes and who it is for]</w:t>
      </w:r>
    </w:p>
    <w:p>
      <w:pPr>
        <w:spacing w:after="60"/>
      </w:pPr>
      <w:r>
        <w:rPr>
          <w:b w:val="0"/>
          <w:i w:val="0"/>
        </w:rPr>
        <w:t>•  [Service / product line 2]: [one line]</w:t>
      </w:r>
    </w:p>
    <w:p>
      <w:pPr>
        <w:spacing w:after="60"/>
      </w:pPr>
      <w:r>
        <w:rPr>
          <w:b w:val="0"/>
          <w:i w:val="0"/>
        </w:rPr>
        <w:t>•  [Service / product line 3]: [one line]</w:t>
      </w:r>
    </w:p>
    <w:p>
      <w:pPr>
        <w:spacing w:after="60"/>
      </w:pPr>
      <w:r>
        <w:rPr>
          <w:b w:val="0"/>
          <w:i w:val="0"/>
        </w:rPr>
        <w:t>•  [Service / product line 4]: [one line]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WHY CUSTOMERS CHOOSE US</w:t>
      </w:r>
    </w:p>
    <w:p>
      <w:pPr>
        <w:spacing w:after="60"/>
      </w:pPr>
      <w:r>
        <w:rPr>
          <w:b w:val="0"/>
          <w:i w:val="0"/>
        </w:rPr>
        <w:t>•  [Strength 1, with proof, e.g. 98% on-time delivery in 2025]</w:t>
      </w:r>
    </w:p>
    <w:p>
      <w:pPr>
        <w:spacing w:after="60"/>
      </w:pPr>
      <w:r>
        <w:rPr>
          <w:b w:val="0"/>
          <w:i w:val="0"/>
        </w:rPr>
        <w:t>•  [Strength 2, e.g. certified team: ISO 9001, licences]</w:t>
      </w:r>
    </w:p>
    <w:p>
      <w:pPr>
        <w:spacing w:after="60"/>
      </w:pPr>
      <w:r>
        <w:rPr>
          <w:b w:val="0"/>
          <w:i w:val="0"/>
        </w:rPr>
        <w:t>•  [Strength 3, e.g. 24/7 support in English and Arabic]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SELECTED CLIENTS AND PROJECTS</w:t>
      </w:r>
    </w:p>
    <w:p>
      <w:pPr>
        <w:spacing w:after="60"/>
      </w:pPr>
      <w:r>
        <w:rPr>
          <w:b w:val="0"/>
          <w:i w:val="0"/>
        </w:rPr>
        <w:t>•  [Client or sector]: [what you did and the result]</w:t>
      </w:r>
    </w:p>
    <w:p>
      <w:pPr>
        <w:spacing w:after="60"/>
      </w:pPr>
      <w:r>
        <w:rPr>
          <w:b w:val="0"/>
          <w:i w:val="0"/>
        </w:rPr>
        <w:t>•  [Client or sector]: [what you did and the result]</w:t>
      </w:r>
    </w:p>
    <w:p>
      <w:pPr>
        <w:spacing w:after="60"/>
      </w:pPr>
      <w:r>
        <w:rPr>
          <w:b w:val="0"/>
          <w:i w:val="0"/>
        </w:rPr>
        <w:t>•  [Client or sector]: [what you did and the result]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LEADERSHIP</w:t>
      </w:r>
    </w:p>
    <w:p>
      <w:pPr>
        <w:spacing w:after="60"/>
      </w:pPr>
      <w:r>
        <w:rPr>
          <w:b w:val="0"/>
          <w:i w:val="0"/>
        </w:rPr>
        <w:t>[Name], [Title]: [one line of background]</w:t>
      </w:r>
    </w:p>
    <w:p>
      <w:pPr>
        <w:spacing w:after="60"/>
      </w:pPr>
      <w:r>
        <w:rPr>
          <w:b w:val="0"/>
          <w:i w:val="0"/>
        </w:rPr>
        <w:t>[Name], [Title]: [one line of background]</w:t>
      </w:r>
    </w:p>
    <w:p>
      <w:pPr>
        <w:spacing w:after="80" w:before="180"/>
        <w:pBdr>
          <w:bottom w:val="single" w:sz="8" w:space="2" w:color="1D4ED8"/>
        </w:pBdr>
      </w:pPr>
      <w:r>
        <w:rPr>
          <w:b/>
          <w:color w:val="1D4ED8"/>
          <w:sz w:val="22"/>
        </w:rPr>
        <w:t>CONTACT</w:t>
      </w:r>
    </w:p>
    <w:p>
      <w:pPr>
        <w:spacing w:after="60"/>
      </w:pPr>
      <w:r>
        <w:rPr>
          <w:b w:val="0"/>
          <w:i w:val="0"/>
        </w:rPr>
        <w:t>[Street address, City, Country]</w:t>
      </w:r>
    </w:p>
    <w:p>
      <w:pPr>
        <w:spacing w:after="60"/>
      </w:pPr>
      <w:r>
        <w:rPr>
          <w:b w:val="0"/>
          <w:i w:val="0"/>
        </w:rPr>
        <w:t>[Phone]  •  [email@company.com]  •  [www.company.com]</w:t>
      </w:r>
    </w:p>
    <w:p>
      <w:pPr>
        <w:spacing w:after="60"/>
      </w:pPr>
      <w:r>
        <w:rPr>
          <w:b w:val="0"/>
          <w:i w:val="0"/>
        </w:rPr>
        <w:t>Registration no.: [000000]  •  Tax ID: [000000]</w:t>
      </w:r>
    </w:p>
    <w:sectPr w:rsidR="00FC693F" w:rsidRPr="0006063C" w:rsidSect="00034616">
      <w:pgSz w:w="11906" w:h="16838"/>
      <w:pgMar w:top="1020" w:right="1247" w:bottom="1020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64" w:lineRule="auto"/>
    </w:pPr>
    <w:rPr>
      <w:rFonts w:ascii="Calibri" w:hAnsi="Calibri" w:eastAsia="Calibri"/>
      <w:color w:val="0F172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Profile Template</dc:title>
  <dc:subject/>
  <dc:creator>FileConvy</dc:creator>
  <cp:keywords/>
  <dc:description>Free template from https://www.fileconvy.com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