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[SCHOOL / COLLEGE / UNIVERSITY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[Address, City]  •  [Phone]  •  [email@institution.edu]  •  [Registration / EMIS No.]</w:t>
      </w:r>
    </w:p>
    <w:p>
      <w:pPr>
        <w:spacing w:after="0"/>
      </w:pPr>
      <w:r>
        <w:rPr>
          <w:b w:val="0"/>
          <w:i w:val="0"/>
        </w:rPr>
        <w:t>Ref: [CC/2026/001]</w:t>
      </w:r>
    </w:p>
    <w:p>
      <w:r>
        <w:rPr>
          <w:b w:val="0"/>
          <w:i w:val="0"/>
        </w:rPr>
        <w:t>Date: [DD Month YYYY]</w:t>
      </w:r>
    </w:p>
    <w:p>
      <w:pPr>
        <w:spacing w:after="40"/>
        <w:jc w:val="center"/>
      </w:pPr>
      <w:r>
        <w:rPr>
          <w:b/>
          <w:i w:val="0"/>
          <w:color w:val="1D4ED8"/>
          <w:sz w:val="36"/>
        </w:rPr>
        <w:t>CHARACTER CERTIFICATE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TO WHOM IT MAY CONCERN</w:t>
      </w:r>
    </w:p>
    <w:p>
      <w:pPr>
        <w:spacing w:after="160" w:line="312" w:lineRule="auto"/>
      </w:pPr>
      <w:r>
        <w:rPr>
          <w:b w:val="0"/>
          <w:i w:val="0"/>
        </w:rPr>
        <w:t>This is to certify that [Mr./Ms. Student Full Name], [son / daughter] of [Father's Name], was a bona fide student of this institution from [Year] to [Year]. [He/She] studied in [Class / Programme, e.g. BS Computer Science] under Roll No. / Registration No. [0000] and [passed the final examination in Year with Grade / CGPA].</w:t>
      </w:r>
    </w:p>
    <w:p>
      <w:pPr>
        <w:spacing w:after="160" w:line="312" w:lineRule="auto"/>
      </w:pPr>
      <w:r>
        <w:rPr>
          <w:b w:val="0"/>
          <w:i w:val="0"/>
        </w:rPr>
        <w:t>To the best of my knowledge, [he/she] bears a good moral character. [He/She] was regular, disciplined and respectful, and was not involved in any activity against the rules of the institution or the law.</w:t>
      </w:r>
    </w:p>
    <w:p>
      <w:pPr>
        <w:spacing w:after="160" w:line="312" w:lineRule="auto"/>
      </w:pPr>
      <w:r>
        <w:rPr>
          <w:b w:val="0"/>
          <w:i w:val="0"/>
        </w:rPr>
        <w:t>[Optional: [He/She] took an active part in (sports / debates / society) and (achievement).]</w:t>
      </w:r>
    </w:p>
    <w:p>
      <w:pPr>
        <w:spacing w:after="160" w:line="312" w:lineRule="auto"/>
      </w:pPr>
      <w:r>
        <w:rPr>
          <w:b w:val="0"/>
          <w:i w:val="0"/>
        </w:rPr>
        <w:t>I wish [him/her] every success in life.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[Name]</w:t>
      </w:r>
    </w:p>
    <w:p>
      <w:r>
        <w:rPr>
          <w:b w:val="0"/>
          <w:i w:val="0"/>
        </w:rPr>
        <w:t>[Principal / Head of Department]</w:t>
      </w:r>
    </w:p>
    <w:p>
      <w:r>
        <w:rPr>
          <w:b w:val="0"/>
          <w:i w:val="0"/>
        </w:rPr>
        <w:t>[Institution Name]  —  (Official stamp)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Certificate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