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Customer Success Specialist  |  Former Teacher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  •  linkedin.com/in/yourname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PROFILE</w:t>
      </w:r>
    </w:p>
    <w:p>
      <w:r>
        <w:t>Former secondary school teacher moving into customer success, with 6 years of training, explaining complex ideas and managing relationships with 150+ students and parents a year. Recently completed a customer success certificate and HubSpot CRM training. (Say what you did, what you are moving to, and the skills that carry over.)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TRANSFERABLE SKILLS</w:t>
      </w:r>
    </w:p>
    <w:p>
      <w:pPr>
        <w:tabs>
          <w:tab w:pos="9638" w:val="right"/>
        </w:tabs>
        <w:spacing w:before="80"/>
      </w:pPr>
      <w:r>
        <w:rPr>
          <w:b/>
        </w:rPr>
        <w:t>Training &amp; onboarding</w:t>
      </w:r>
    </w:p>
    <w:p>
      <w:pPr>
        <w:pStyle w:val="ListBullet"/>
        <w:spacing w:after="20"/>
      </w:pPr>
      <w:r>
        <w:t>Designed and delivered 900+ lessons; turned a hard syllabus into simple, step-by-step guides.</w:t>
      </w:r>
    </w:p>
    <w:p>
      <w:pPr>
        <w:tabs>
          <w:tab w:pos="9638" w:val="right"/>
        </w:tabs>
        <w:spacing w:before="80"/>
      </w:pPr>
      <w:r>
        <w:rPr>
          <w:b/>
        </w:rPr>
        <w:t>Relationship management</w:t>
      </w:r>
    </w:p>
    <w:p>
      <w:pPr>
        <w:pStyle w:val="ListBullet"/>
        <w:spacing w:after="20"/>
      </w:pPr>
      <w:r>
        <w:t>Held regular meetings with parents; kept a 95% satisfaction score in school surveys.</w:t>
      </w:r>
    </w:p>
    <w:p>
      <w:pPr>
        <w:tabs>
          <w:tab w:pos="9638" w:val="right"/>
        </w:tabs>
        <w:spacing w:before="80"/>
      </w:pPr>
      <w:r>
        <w:rPr>
          <w:b/>
        </w:rPr>
        <w:t>Data &amp; reporting</w:t>
      </w:r>
    </w:p>
    <w:p>
      <w:pPr>
        <w:pStyle w:val="ListBullet"/>
        <w:spacing w:after="20"/>
      </w:pPr>
      <w:r>
        <w:t>Tracked results for 5 classes in Google Sheets and flagged students who needed help early.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CAREER CHANGE TRAINING</w:t>
      </w:r>
    </w:p>
    <w:p>
      <w:pPr>
        <w:pStyle w:val="ListBullet"/>
        <w:spacing w:after="20"/>
      </w:pPr>
      <w:r>
        <w:t>Customer Success Management Certificate — [Provider], 2026</w:t>
      </w:r>
    </w:p>
    <w:p>
      <w:pPr>
        <w:pStyle w:val="ListBullet"/>
        <w:spacing w:after="20"/>
      </w:pPr>
      <w:r>
        <w:t>HubSpot CRM and Inbound Service certifications, 2026</w:t>
      </w:r>
    </w:p>
    <w:p>
      <w:pPr>
        <w:pStyle w:val="ListBullet"/>
        <w:spacing w:after="20"/>
      </w:pPr>
      <w:r>
        <w:t>Volunteer project: set up a support help desk (Zendesk) for a local charity, 2025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WORK EXPERIENCE</w:t>
      </w:r>
    </w:p>
    <w:p>
      <w:pPr>
        <w:tabs>
          <w:tab w:pos="9638" w:val="right"/>
        </w:tabs>
        <w:spacing w:before="80"/>
      </w:pPr>
      <w:r>
        <w:rPr>
          <w:b/>
        </w:rPr>
        <w:t>Teacher, English &amp; Social Studies — School Name, City</w:t>
      </w:r>
      <w:r>
        <w:rPr>
          <w:color w:val="475569"/>
          <w:sz w:val="20"/>
        </w:rPr>
        <w:tab/>
        <w:t>Aug 2020 – Present</w:t>
      </w:r>
    </w:p>
    <w:p>
      <w:pPr>
        <w:pStyle w:val="ListBullet"/>
        <w:spacing w:after="20"/>
      </w:pPr>
      <w:r>
        <w:t>Taught grades 8–10; raised pass rate in English from 81% to 93%.</w:t>
      </w:r>
    </w:p>
    <w:p>
      <w:pPr>
        <w:pStyle w:val="ListBullet"/>
        <w:spacing w:after="20"/>
      </w:pPr>
      <w:r>
        <w:t>Onboarded and mentored 4 new teachers each year.</w:t>
      </w:r>
    </w:p>
    <w:p>
      <w:pPr>
        <w:tabs>
          <w:tab w:pos="9638" w:val="right"/>
        </w:tabs>
        <w:spacing w:before="80"/>
      </w:pPr>
      <w:r>
        <w:rPr>
          <w:b/>
        </w:rPr>
        <w:t>Tutor (part-time) — Self-employed</w:t>
      </w:r>
      <w:r>
        <w:rPr>
          <w:color w:val="475569"/>
          <w:sz w:val="20"/>
        </w:rPr>
        <w:tab/>
        <w:t>2018 – 2020</w:t>
      </w:r>
    </w:p>
    <w:p>
      <w:pPr>
        <w:pStyle w:val="ListBullet"/>
        <w:spacing w:after="20"/>
      </w:pPr>
      <w:r>
        <w:t>Built a client base of 20 students through referrals.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</w:rPr>
        <w:t>BA English &amp; B.Ed — University Name</w:t>
      </w:r>
      <w:r>
        <w:rPr>
          <w:color w:val="475569"/>
          <w:sz w:val="20"/>
        </w:rPr>
        <w:tab/>
        <w:t>2019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TOOLS</w:t>
      </w:r>
    </w:p>
    <w:p>
      <w:r>
        <w:t>HubSpot  •  Zendesk  •  Google Workspace  •  MS Excel  •  Zoom  •  Canva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