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PROPOSAL: [PROJECT OR SERVICE NAME]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Prepared for [Client Company] by [Your Company]  •  [DD Month YYYY]  •  Ref. [PRO-0001]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1. SUMMARY</w:t>
      </w:r>
    </w:p>
    <w:p>
      <w:pPr>
        <w:spacing w:after="60"/>
      </w:pPr>
      <w:r>
        <w:rPr>
          <w:b w:val="0"/>
          <w:i w:val="0"/>
        </w:rPr>
        <w:t>[Two or three sentences: the client's goal, what you propose, the main result they can expect, and the total investment. Write it last.]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2. YOUR NEEDS</w:t>
      </w:r>
    </w:p>
    <w:p>
      <w:pPr>
        <w:spacing w:after="60"/>
      </w:pPr>
      <w:r>
        <w:rPr>
          <w:b w:val="0"/>
          <w:i w:val="0"/>
        </w:rPr>
        <w:t>From our conversation on [date], we understand that [Client Company] wants to [goal, e.g. cut order-processing time by half before the holiday season]. The main challenges are:</w:t>
      </w:r>
    </w:p>
    <w:p>
      <w:pPr>
        <w:spacing w:after="60"/>
      </w:pPr>
      <w:r>
        <w:rPr>
          <w:b w:val="0"/>
          <w:i w:val="0"/>
        </w:rPr>
        <w:t>•  [Challenge 1, in the client's own words]</w:t>
      </w:r>
    </w:p>
    <w:p>
      <w:pPr>
        <w:spacing w:after="60"/>
      </w:pPr>
      <w:r>
        <w:rPr>
          <w:b w:val="0"/>
          <w:i w:val="0"/>
        </w:rPr>
        <w:t>•  [Challenge 2]</w:t>
      </w:r>
    </w:p>
    <w:p>
      <w:pPr>
        <w:spacing w:after="60"/>
      </w:pPr>
      <w:r>
        <w:rPr>
          <w:b w:val="0"/>
          <w:i w:val="0"/>
        </w:rPr>
        <w:t>•  [Challenge 3]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3. OUR PROPOSED SOLUTION</w:t>
      </w:r>
    </w:p>
    <w:p>
      <w:pPr>
        <w:spacing w:after="60"/>
      </w:pPr>
      <w:r>
        <w:rPr>
          <w:b w:val="0"/>
          <w:i w:val="0"/>
        </w:rPr>
        <w:t>We will [describe the approach in plain language]. This addresses each challenge above by [link each part of the solution to a challenge].</w:t>
      </w:r>
    </w:p>
    <w:p>
      <w:pPr>
        <w:spacing w:after="60"/>
      </w:pPr>
      <w:r>
        <w:rPr>
          <w:b w:val="0"/>
          <w:i w:val="0"/>
        </w:rPr>
        <w:t>Expected results: [measurable outcomes, e.g. orders processed in 2 hours instead of 6].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4. SCOPE AND DELIVERABLES</w:t>
      </w:r>
    </w:p>
    <w:p>
      <w:pPr>
        <w:spacing w:after="60"/>
      </w:pPr>
      <w:r>
        <w:rPr>
          <w:b w:val="0"/>
          <w:i w:val="0"/>
        </w:rPr>
        <w:t>Included: [deliverable 1]; [deliverable 2]; [deliverable 3].</w:t>
      </w:r>
    </w:p>
    <w:p>
      <w:pPr>
        <w:spacing w:after="60"/>
      </w:pPr>
      <w:r>
        <w:rPr>
          <w:b w:val="0"/>
          <w:i w:val="0"/>
        </w:rPr>
        <w:t>Not included: [items out of scope, so there are no surprises later].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5. TIMELINE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5669"/>
        <w:gridCol w:w="1701"/>
      </w:tblGrid>
      <w:tr>
        <w:tc>
          <w:tcPr>
            <w:tcW w:type="dxa" w:w="2041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Phase</w:t>
            </w:r>
          </w:p>
        </w:tc>
        <w:tc>
          <w:tcPr>
            <w:tcW w:type="dxa" w:w="5669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  <w:tc>
          <w:tcPr>
            <w:tcW w:type="dxa" w:w="1701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Duration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  <w:sz w:val="19"/>
              </w:rPr>
              <w:t>1. Discovery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[Workshops, requirements, plan sign-off]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[1 week]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  <w:sz w:val="19"/>
              </w:rPr>
              <w:t>2. Delivery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[Main work, with a review at the mid-point]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[4 weeks]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b w:val="0"/>
                <w:sz w:val="19"/>
              </w:rPr>
              <w:t>3. Launch and support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[Go-live, training, 30 days of support]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[1 week]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6. INVESTMENT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7710"/>
        <w:gridCol w:w="1701"/>
      </w:tblGrid>
      <w:tr>
        <w:tc>
          <w:tcPr>
            <w:tcW w:type="dxa" w:w="7710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1701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Price</w:t>
            </w:r>
          </w:p>
        </w:tc>
      </w:tr>
      <w:tr>
        <w:tc>
          <w:tcPr>
            <w:tcW w:type="dxa" w:w="7710"/>
          </w:tcPr>
          <w:p>
            <w:r/>
            <w:r>
              <w:rPr>
                <w:b w:val="0"/>
                <w:sz w:val="19"/>
              </w:rPr>
              <w:t>[Phase or package 1]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[amount]</w:t>
            </w:r>
          </w:p>
        </w:tc>
      </w:tr>
      <w:tr>
        <w:tc>
          <w:tcPr>
            <w:tcW w:type="dxa" w:w="7710"/>
          </w:tcPr>
          <w:p>
            <w:r/>
            <w:r>
              <w:rPr>
                <w:b w:val="0"/>
                <w:sz w:val="19"/>
              </w:rPr>
              <w:t>[Phase or package 2]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[amount]</w:t>
            </w:r>
          </w:p>
        </w:tc>
      </w:tr>
      <w:tr>
        <w:tc>
          <w:tcPr>
            <w:tcW w:type="dxa" w:w="7710"/>
          </w:tcPr>
          <w:p>
            <w:r/>
            <w:r>
              <w:rPr>
                <w:b w:val="0"/>
                <w:sz w:val="19"/>
              </w:rPr>
              <w:t>[Optional add-on]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[amount]</w:t>
            </w:r>
          </w:p>
        </w:tc>
      </w:tr>
      <w:tr>
        <w:tc>
          <w:tcPr>
            <w:tcW w:type="dxa" w:w="7710"/>
            <w:shd w:val="clear" w:color="auto" w:fill="DBEAFE"/>
          </w:tcPr>
          <w:p>
            <w:r/>
            <w:r>
              <w:rPr>
                <w:b/>
                <w:sz w:val="19"/>
              </w:rPr>
              <w:t>TOTAL (excluding tax)</w:t>
            </w:r>
          </w:p>
        </w:tc>
        <w:tc>
          <w:tcPr>
            <w:tcW w:type="dxa" w:w="1701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19"/>
              </w:rPr>
              <w:t>[amount]</w:t>
            </w:r>
          </w:p>
        </w:tc>
      </w:tr>
    </w:tbl>
    <w:p>
      <w:pPr>
        <w:spacing w:before="120"/>
      </w:pPr>
      <w:r>
        <w:rPr>
          <w:b w:val="0"/>
          <w:i w:val="0"/>
        </w:rPr>
        <w:t>Payment terms: [40%] on acceptance, [40%] at mid-point, [20%] on completion. Prices valid until [date].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7. WHY [YOUR COMPANY]</w:t>
      </w:r>
    </w:p>
    <w:p>
      <w:pPr>
        <w:spacing w:after="60"/>
      </w:pPr>
      <w:r>
        <w:rPr>
          <w:b w:val="0"/>
          <w:i w:val="0"/>
        </w:rPr>
        <w:t>•  [Relevant experience, e.g. 40+ similar projects for retailers]</w:t>
      </w:r>
    </w:p>
    <w:p>
      <w:pPr>
        <w:spacing w:after="60"/>
      </w:pPr>
      <w:r>
        <w:rPr>
          <w:b w:val="0"/>
          <w:i w:val="0"/>
        </w:rPr>
        <w:t>•  [Proof: a short client result or testimonial]</w:t>
      </w:r>
    </w:p>
    <w:p>
      <w:pPr>
        <w:spacing w:after="60"/>
      </w:pPr>
      <w:r>
        <w:rPr>
          <w:b w:val="0"/>
          <w:i w:val="0"/>
        </w:rPr>
        <w:t>•  [What makes you different: speed, guarantee, local support]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8. NEXT STEPS</w:t>
      </w:r>
    </w:p>
    <w:p>
      <w:pPr>
        <w:spacing w:after="60"/>
      </w:pPr>
      <w:r>
        <w:rPr>
          <w:b w:val="0"/>
          <w:i w:val="0"/>
        </w:rPr>
        <w:t>To go ahead, sign below and return this proposal by [date]. We will schedule the kick-off within [3] working days. Questions: [Name], [phone], [email].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pPr>
              <w:spacing w:before="280"/>
            </w:pPr>
            <w:r/>
            <w:r>
              <w:rPr>
                <w:b/>
                <w:color w:val="1D4ED8"/>
                <w:sz w:val="18"/>
              </w:rPr>
              <w:t>ACCEPTED FOR THE CLIENT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____________________</w:t>
            </w:r>
          </w:p>
          <w:p>
            <w:r>
              <w:t>Date: ____________</w:t>
            </w:r>
          </w:p>
        </w:tc>
        <w:tc>
          <w:tcPr>
            <w:tcW w:type="dxa" w:w="4706"/>
          </w:tcPr>
          <w:p>
            <w:pPr>
              <w:spacing w:before="280"/>
            </w:pPr>
            <w:r/>
            <w:r>
              <w:rPr>
                <w:b/>
                <w:color w:val="1D4ED8"/>
                <w:sz w:val="18"/>
              </w:rPr>
              <w:t>FOR [YOUR COMPANY]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[Your Name], [Title]</w:t>
            </w:r>
          </w:p>
          <w:p>
            <w:r>
              <w:t>Date: ____________</w:t>
            </w:r>
          </w:p>
        </w:tc>
      </w:tr>
    </w:tbl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Proposal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