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D4ED8"/>
          <w:sz w:val="36"/>
        </w:rPr>
        <w:t>[BUSINESS NAME] — BUSINESS PLAN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[City, Country]  •  Prepared by [Owner Name]  •  [Month YYYY]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1. EXECUTIVE SUMMARY</w:t>
      </w:r>
    </w:p>
    <w:p>
      <w:pPr>
        <w:spacing w:after="60"/>
      </w:pPr>
      <w:r>
        <w:rPr>
          <w:b w:val="0"/>
          <w:i w:val="0"/>
        </w:rPr>
        <w:t>[In 4–5 lines: what the business does, who it serves, why it will succeed, how much money you need and what you will use it for. Write this section last.]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2. PROBLEM AND SOLUTION</w:t>
      </w:r>
    </w:p>
    <w:p>
      <w:pPr>
        <w:spacing w:after="60"/>
      </w:pPr>
      <w:r>
        <w:rPr>
          <w:b w:val="0"/>
          <w:i w:val="0"/>
        </w:rPr>
        <w:t>Problem: [the customer problem or need, with evidence such as a survey or local data].</w:t>
      </w:r>
    </w:p>
    <w:p>
      <w:pPr>
        <w:spacing w:after="60"/>
      </w:pPr>
      <w:r>
        <w:rPr>
          <w:b w:val="0"/>
          <w:i w:val="0"/>
        </w:rPr>
        <w:t>Solution: [your product or service, and why it is better than what customers use today].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3. TARGET MARKET</w:t>
      </w:r>
    </w:p>
    <w:p>
      <w:pPr>
        <w:spacing w:after="60"/>
      </w:pPr>
      <w:r>
        <w:rPr>
          <w:b w:val="0"/>
          <w:i w:val="0"/>
        </w:rPr>
        <w:t>Customers: [who they are: location, age, income or business type].</w:t>
      </w:r>
    </w:p>
    <w:p>
      <w:pPr>
        <w:spacing w:after="60"/>
      </w:pPr>
      <w:r>
        <w:rPr>
          <w:b w:val="0"/>
          <w:i w:val="0"/>
        </w:rPr>
        <w:t>Market size: [number of potential customers × average yearly spend].</w:t>
      </w:r>
    </w:p>
    <w:p>
      <w:pPr>
        <w:spacing w:after="60"/>
      </w:pPr>
      <w:r>
        <w:rPr>
          <w:b w:val="0"/>
          <w:i w:val="0"/>
        </w:rPr>
        <w:t>Why now: [the trend, gap or change that makes this the right time].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4. COMPETITION</w:t>
      </w:r>
    </w:p>
    <w:p>
      <w:pPr>
        <w:spacing w:after="60"/>
      </w:pPr>
      <w:r>
        <w:rPr>
          <w:b w:val="0"/>
          <w:i w:val="0"/>
        </w:rPr>
        <w:t>[Name 2–3 competitors, what they do well, and where you will be different: price, quality, speed, location or service.]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5. PRODUCTS, SERVICES AND PRICING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9"/>
        <w:gridCol w:w="1587"/>
        <w:gridCol w:w="1587"/>
        <w:gridCol w:w="1587"/>
      </w:tblGrid>
      <w:tr>
        <w:tc>
          <w:tcPr>
            <w:tcW w:type="dxa" w:w="4649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Product / service</w:t>
            </w:r>
          </w:p>
        </w:tc>
        <w:tc>
          <w:tcPr>
            <w:tcW w:type="dxa" w:w="1587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Price</w:t>
            </w:r>
          </w:p>
        </w:tc>
        <w:tc>
          <w:tcPr>
            <w:tcW w:type="dxa" w:w="1587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Cost to you</w:t>
            </w:r>
          </w:p>
        </w:tc>
        <w:tc>
          <w:tcPr>
            <w:tcW w:type="dxa" w:w="1587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Margin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[Product or service 1]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[50]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[30]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[40%]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[Product or service 2]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[120]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[65]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[46%]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[Product or service 3]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[15]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[6]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[60%]</w:t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6. MARKETING AND SALES</w:t>
      </w:r>
    </w:p>
    <w:p>
      <w:pPr>
        <w:spacing w:after="60"/>
      </w:pPr>
      <w:r>
        <w:rPr>
          <w:b w:val="0"/>
          <w:i w:val="0"/>
        </w:rPr>
        <w:t>Channels: [how customers will find you: social media, Google, referrals, walk-ins, partners].</w:t>
      </w:r>
    </w:p>
    <w:p>
      <w:pPr>
        <w:spacing w:after="60"/>
      </w:pPr>
      <w:r>
        <w:rPr>
          <w:b w:val="0"/>
          <w:i w:val="0"/>
        </w:rPr>
        <w:t>First 90 days: [3 launch actions with targets, e.g. 500 followers, 40 paying customers].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7. OPERATIONS AND TEAM</w:t>
      </w:r>
    </w:p>
    <w:p>
      <w:pPr>
        <w:spacing w:after="60"/>
      </w:pPr>
      <w:r>
        <w:rPr>
          <w:b w:val="0"/>
          <w:i w:val="0"/>
        </w:rPr>
        <w:t>Location: [address or online].  Suppliers: [main suppliers].  Equipment: [key equipment].</w:t>
      </w:r>
    </w:p>
    <w:p>
      <w:pPr>
        <w:spacing w:after="60"/>
      </w:pPr>
      <w:r>
        <w:rPr>
          <w:b w:val="0"/>
          <w:i w:val="0"/>
        </w:rPr>
        <w:t>Team: [owner and key staff, with their roles and experience].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8. FINANCIAL PLAN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9"/>
        <w:gridCol w:w="1587"/>
        <w:gridCol w:w="1587"/>
        <w:gridCol w:w="1587"/>
      </w:tblGrid>
      <w:tr>
        <w:tc>
          <w:tcPr>
            <w:tcW w:type="dxa" w:w="4649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[Currency]</w:t>
            </w:r>
          </w:p>
        </w:tc>
        <w:tc>
          <w:tcPr>
            <w:tcW w:type="dxa" w:w="1587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1587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1587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Revenue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[60,000]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[95,000]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[140,000]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Cost of sales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[27,000]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[41,000]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[58,000]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Gross profit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[33,000]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[54,000]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[82,000]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Operating expenses (rent, salaries, marketing)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[30,000]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[40,000]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[52,000]</w:t>
            </w:r>
          </w:p>
        </w:tc>
      </w:tr>
      <w:tr>
        <w:tc>
          <w:tcPr>
            <w:tcW w:type="dxa" w:w="4649"/>
            <w:shd w:val="clear" w:color="auto" w:fill="DBEAFE"/>
          </w:tcPr>
          <w:p>
            <w:r/>
            <w:r>
              <w:rPr>
                <w:b/>
                <w:sz w:val="19"/>
              </w:rPr>
              <w:t>Net profit</w:t>
            </w:r>
          </w:p>
        </w:tc>
        <w:tc>
          <w:tcPr>
            <w:tcW w:type="dxa" w:w="1587"/>
            <w:shd w:val="clear" w:color="auto" w:fill="DBEAFE"/>
          </w:tcPr>
          <w:p>
            <w:pPr>
              <w:jc w:val="right"/>
            </w:pPr>
            <w:r/>
            <w:r>
              <w:rPr>
                <w:b/>
                <w:sz w:val="19"/>
              </w:rPr>
              <w:t>[3,000]</w:t>
            </w:r>
          </w:p>
        </w:tc>
        <w:tc>
          <w:tcPr>
            <w:tcW w:type="dxa" w:w="1587"/>
            <w:shd w:val="clear" w:color="auto" w:fill="DBEAFE"/>
          </w:tcPr>
          <w:p>
            <w:pPr>
              <w:jc w:val="right"/>
            </w:pPr>
            <w:r/>
            <w:r>
              <w:rPr>
                <w:b/>
                <w:sz w:val="19"/>
              </w:rPr>
              <w:t>[14,000]</w:t>
            </w:r>
          </w:p>
        </w:tc>
        <w:tc>
          <w:tcPr>
            <w:tcW w:type="dxa" w:w="1587"/>
            <w:shd w:val="clear" w:color="auto" w:fill="DBEAFE"/>
          </w:tcPr>
          <w:p>
            <w:pPr>
              <w:jc w:val="right"/>
            </w:pPr>
            <w:r/>
            <w:r>
              <w:rPr>
                <w:b/>
                <w:sz w:val="19"/>
              </w:rPr>
              <w:t>[30,000]</w:t>
            </w:r>
          </w:p>
        </w:tc>
      </w:tr>
      <w:tr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Customers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[400]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[650]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[950]</w:t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9. FUNDING REQUIRED</w:t>
      </w:r>
    </w:p>
    <w:p>
      <w:pPr>
        <w:spacing w:after="60"/>
      </w:pPr>
      <w:r>
        <w:rPr>
          <w:b w:val="0"/>
          <w:i w:val="0"/>
        </w:rPr>
        <w:t>We need [amount] for [equipment amount, stock amount, marketing amount and working capital amount]. [Owner investment / bank loan / investor] will provide [amount], and we expect to break even in month [x].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10. MILESTONES</w:t>
      </w:r>
    </w:p>
    <w:p>
      <w:pPr>
        <w:spacing w:after="60"/>
      </w:pPr>
      <w:r>
        <w:rPr>
          <w:b w:val="0"/>
          <w:i w:val="0"/>
        </w:rPr>
        <w:t>[Month]: [register the business and open a bank account]</w:t>
      </w:r>
    </w:p>
    <w:p>
      <w:pPr>
        <w:spacing w:after="60"/>
      </w:pPr>
      <w:r>
        <w:rPr>
          <w:b w:val="0"/>
          <w:i w:val="0"/>
        </w:rPr>
        <w:t>[Month]: [launch and reach the first 50 customers]</w:t>
      </w:r>
    </w:p>
    <w:p>
      <w:pPr>
        <w:spacing w:after="60"/>
      </w:pPr>
      <w:r>
        <w:rPr>
          <w:b w:val="0"/>
          <w:i w:val="0"/>
        </w:rPr>
        <w:t>[Month]: [hire the first employee / open a second location]</w:t>
      </w:r>
    </w:p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