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[Your Full Name]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[Phone]  •  [your.email@example.com]</w:t>
      </w:r>
    </w:p>
    <w:p/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The Manager</w:t>
      </w:r>
    </w:p>
    <w:p>
      <w:r>
        <w:rPr>
          <w:b w:val="0"/>
          <w:i w:val="0"/>
        </w:rPr>
        <w:t>[Office / Bank / Branch Name]</w:t>
      </w:r>
    </w:p>
    <w:p>
      <w:r>
        <w:rPr>
          <w:b w:val="0"/>
          <w:i w:val="0"/>
        </w:rPr>
        <w:t>[Address, City]</w:t>
      </w:r>
    </w:p>
    <w:p>
      <w:pPr>
        <w:spacing w:after="200" w:before="280"/>
      </w:pPr>
      <w:r>
        <w:rPr>
          <w:b/>
          <w:i w:val="0"/>
        </w:rPr>
        <w:t>Subject: Authorization Letter to [Collect Documents / Act on My Behalf]</w:t>
      </w:r>
    </w:p>
    <w:p>
      <w:pPr>
        <w:spacing w:after="160" w:line="300" w:lineRule="auto"/>
      </w:pPr>
      <w:r>
        <w:rPr>
          <w:b w:val="0"/>
          <w:i w:val="0"/>
        </w:rPr>
        <w:t>Dear Sir / Madam,</w:t>
      </w:r>
    </w:p>
    <w:p>
      <w:pPr>
        <w:spacing w:after="160" w:line="300" w:lineRule="auto"/>
      </w:pPr>
      <w:r>
        <w:rPr>
          <w:b w:val="0"/>
          <w:i w:val="0"/>
        </w:rPr>
        <w:t>I, [Your Full Name], holding [CNIC / ID / Passport No. 00000-0000000-0], authorize [Authorized Person Full Name], holding [CNIC / ID / Passport No. 00000-0000000-0], to [collect my passport / degree / bank statement / parcel] [OR: submit documents / sign for a delivery / deal with account no. 000000] on my behalf at [Office / Branch Name] on [Date or date range].</w:t>
      </w:r>
    </w:p>
    <w:p>
      <w:pPr>
        <w:spacing w:after="160" w:line="300" w:lineRule="auto"/>
      </w:pPr>
      <w:r>
        <w:rPr>
          <w:b w:val="0"/>
          <w:i w:val="0"/>
        </w:rPr>
        <w:t>I am unable to attend in person because [brief reason, e.g. I am travelling abroad / for medical reasons]. [Authorized Person First Name] is my [relationship, e.g. brother / colleague].</w:t>
      </w:r>
    </w:p>
    <w:p>
      <w:pPr>
        <w:spacing w:after="160" w:line="300" w:lineRule="auto"/>
      </w:pPr>
      <w:r>
        <w:rPr>
          <w:b w:val="0"/>
          <w:i w:val="0"/>
        </w:rPr>
        <w:t>This authorization is valid only for the purpose above and until [Date]. Please contact me on [phone] if you need to confirm it.</w:t>
      </w:r>
    </w:p>
    <w:p>
      <w:pPr>
        <w:spacing w:after="160" w:line="300" w:lineRule="auto"/>
      </w:pPr>
      <w:r>
        <w:rPr>
          <w:b w:val="0"/>
          <w:i w:val="0"/>
        </w:rPr>
        <w:t>Thank you for your cooperation.</w:t>
      </w:r>
    </w:p>
    <w:p>
      <w:pPr>
        <w:spacing w:after="160" w:line="300" w:lineRule="auto"/>
      </w:pPr>
      <w:r>
        <w:rPr>
          <w:b w:val="0"/>
          <w:i w:val="0"/>
        </w:rPr>
        <w:t>Yours faithfully,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Full Name]</w:t>
      </w:r>
    </w:p>
    <w:p>
      <w:pPr>
        <w:spacing w:before="280"/>
      </w:pPr>
    </w:p>
    <w:p>
      <w:pPr>
        <w:spacing w:before="200"/>
      </w:pPr>
      <w:r>
        <w:rPr>
          <w:b w:val="0"/>
          <w:i w:val="0"/>
        </w:rPr>
        <w:t>Specimen signature of the authorized person: ____________________</w:t>
      </w:r>
    </w:p>
    <w:p>
      <w:pPr>
        <w:spacing w:before="160"/>
      </w:pPr>
      <w:r>
        <w:rPr>
          <w:b w:val="0"/>
          <w:i/>
          <w:color w:val="475569"/>
          <w:sz w:val="19"/>
        </w:rPr>
        <w:t>Enclosed: copies of both ID documents.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